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21C1" w14:textId="72021E1E" w:rsidR="00373ED5" w:rsidRDefault="00000000" w:rsidP="00373ED5">
      <w:pPr>
        <w:pBdr>
          <w:bottom w:val="single" w:sz="24" w:space="8" w:color="319795"/>
        </w:pBdr>
        <w:spacing w:after="240"/>
        <w:jc w:val="center"/>
        <w:rPr>
          <w:b/>
          <w:color w:val="2C5282"/>
          <w:sz w:val="32"/>
        </w:rPr>
      </w:pPr>
      <w:r>
        <w:rPr>
          <w:b/>
          <w:color w:val="E53E3E"/>
          <w:sz w:val="19"/>
        </w:rPr>
        <w:br/>
      </w:r>
      <w:proofErr w:type="spellStart"/>
      <w:r>
        <w:rPr>
          <w:b/>
          <w:color w:val="2C5282"/>
          <w:sz w:val="32"/>
        </w:rPr>
        <w:t>ක්ෂුද්‍ර</w:t>
      </w:r>
      <w:proofErr w:type="spellEnd"/>
      <w:r>
        <w:rPr>
          <w:b/>
          <w:color w:val="2C5282"/>
          <w:sz w:val="32"/>
        </w:rPr>
        <w:t xml:space="preserve"> </w:t>
      </w:r>
      <w:proofErr w:type="spellStart"/>
      <w:r>
        <w:rPr>
          <w:b/>
          <w:color w:val="2C5282"/>
          <w:sz w:val="32"/>
        </w:rPr>
        <w:t>ප්‍රදාන</w:t>
      </w:r>
      <w:proofErr w:type="spellEnd"/>
      <w:r>
        <w:rPr>
          <w:b/>
          <w:color w:val="2C5282"/>
          <w:sz w:val="32"/>
        </w:rPr>
        <w:t xml:space="preserve"> </w:t>
      </w:r>
      <w:proofErr w:type="spellStart"/>
      <w:r>
        <w:rPr>
          <w:b/>
          <w:color w:val="2C5282"/>
          <w:sz w:val="32"/>
        </w:rPr>
        <w:t>අයදුම්පත</w:t>
      </w:r>
      <w:proofErr w:type="spellEnd"/>
    </w:p>
    <w:p w14:paraId="0109E24A" w14:textId="0ED6EA80" w:rsidR="004D4B71" w:rsidRPr="00373ED5" w:rsidRDefault="00000000" w:rsidP="00373ED5">
      <w:pPr>
        <w:pBdr>
          <w:bottom w:val="single" w:sz="24" w:space="8" w:color="319795"/>
        </w:pBdr>
        <w:spacing w:after="240"/>
        <w:jc w:val="center"/>
        <w:rPr>
          <w:sz w:val="20"/>
          <w:szCs w:val="20"/>
        </w:rPr>
      </w:pPr>
      <w:r w:rsidRPr="00373ED5">
        <w:rPr>
          <w:b/>
          <w:color w:val="2C5282"/>
          <w:sz w:val="28"/>
          <w:szCs w:val="20"/>
        </w:rPr>
        <w:t xml:space="preserve">MICROGRANT APPLICATION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06"/>
      </w:tblGrid>
      <w:tr w:rsidR="004D4B71" w14:paraId="35B92AB3" w14:textId="77777777">
        <w:trPr>
          <w:jc w:val="center"/>
        </w:trPr>
        <w:tc>
          <w:tcPr>
            <w:tcW w:w="9936" w:type="dxa"/>
            <w:tcBorders>
              <w:left w:val="single" w:sz="24" w:space="0" w:color="3182CE"/>
            </w:tcBorders>
            <w:shd w:val="clear" w:color="auto" w:fill="EBF8FF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733AE6E7" w14:textId="466E4A04" w:rsidR="004D4B71" w:rsidRDefault="004D4B71">
            <w:pPr>
              <w:spacing w:after="0"/>
            </w:pPr>
          </w:p>
        </w:tc>
      </w:tr>
    </w:tbl>
    <w:p w14:paraId="1BA7E0EF" w14:textId="77777777" w:rsidR="004D4B71" w:rsidRDefault="004D4B71">
      <w:pPr>
        <w:spacing w:after="2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0"/>
        <w:gridCol w:w="6192"/>
      </w:tblGrid>
      <w:tr w:rsidR="004D4B71" w14:paraId="769A1038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CE461" w14:textId="77777777" w:rsidR="004D4B71" w:rsidRDefault="00000000">
            <w:pPr>
              <w:spacing w:after="0"/>
            </w:pP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ව්‍යාපෘතියේ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නම</w:t>
            </w:r>
            <w:proofErr w:type="spellEnd"/>
            <w:r>
              <w:rPr>
                <w:b/>
              </w:rPr>
              <w:br/>
              <w:t>(Project Name)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20F83" w14:textId="77777777" w:rsidR="004D4B71" w:rsidRDefault="00000000">
            <w:pPr>
              <w:spacing w:after="0"/>
            </w:pP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ව්‍යාපෘතියේ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නම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මෙතැනට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ඇතුළත්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]</w:t>
            </w:r>
          </w:p>
        </w:tc>
      </w:tr>
      <w:tr w:rsidR="004D4B71" w14:paraId="421FD2D9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D2976" w14:textId="77777777" w:rsidR="004D4B71" w:rsidRDefault="00000000">
            <w:pPr>
              <w:spacing w:after="0"/>
            </w:pP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අයදුම්කාර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සංවිධානය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කණ්ඩායම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(Applicant organization/group)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C43BF" w14:textId="77777777" w:rsidR="004D4B71" w:rsidRDefault="00000000">
            <w:pPr>
              <w:spacing w:after="0"/>
            </w:pP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අයදුම්කාර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සංවිධානයේ</w:t>
            </w:r>
            <w:proofErr w:type="spellEnd"/>
            <w:r>
              <w:rPr>
                <w:i/>
                <w:color w:val="A0AEC0"/>
              </w:rPr>
              <w:t>/</w:t>
            </w:r>
            <w:proofErr w:type="spellStart"/>
            <w:r>
              <w:rPr>
                <w:i/>
                <w:color w:val="A0AEC0"/>
              </w:rPr>
              <w:t>කණ්ඩායමේ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නම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මෙතැනට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ඇතුළත්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]</w:t>
            </w:r>
          </w:p>
        </w:tc>
      </w:tr>
      <w:tr w:rsidR="004D4B71" w14:paraId="46B693D4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8AE37" w14:textId="77777777" w:rsidR="004D4B71" w:rsidRDefault="00000000">
            <w:pPr>
              <w:spacing w:after="0"/>
            </w:pP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ව්‍යාපෘතිය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මෙහෙයවන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තරුණ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නායකයින්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(Youth project leads)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05696" w14:textId="77777777" w:rsidR="004D4B71" w:rsidRDefault="00000000">
            <w:pPr>
              <w:spacing w:after="0"/>
            </w:pP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අවම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වශයෙන්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ව්‍යාපෘතිය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මෙහෙයවන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තරුණ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නායකයින්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දෙදෙනෙකුගේ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මුල්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නම</w:t>
            </w:r>
            <w:proofErr w:type="spellEnd"/>
            <w:r>
              <w:rPr>
                <w:i/>
                <w:color w:val="A0AEC0"/>
              </w:rPr>
              <w:t xml:space="preserve">, </w:t>
            </w:r>
            <w:proofErr w:type="spellStart"/>
            <w:r>
              <w:rPr>
                <w:i/>
                <w:color w:val="A0AEC0"/>
              </w:rPr>
              <w:t>වාසගම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සහ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වයස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මෙතැනට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ඇතුළත්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]</w:t>
            </w:r>
          </w:p>
        </w:tc>
      </w:tr>
      <w:tr w:rsidR="004D4B71" w14:paraId="3415C351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215F6" w14:textId="77777777" w:rsidR="004D4B71" w:rsidRDefault="00000000">
            <w:pPr>
              <w:spacing w:after="0"/>
            </w:pP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ප්‍රදානය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ලබන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කණ්ඩායමේ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සම්බන්ධීකරණ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නිලධාරියා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(Contact person from the grant recipient’s team)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1786E" w14:textId="77777777" w:rsidR="004D4B71" w:rsidRDefault="00000000">
            <w:pPr>
              <w:spacing w:after="0"/>
            </w:pP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සම්බන්ධීකරණ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නිලධාරියාගේ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මුල්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නම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සහ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වාසගම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ඇතුළත්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]</w:t>
            </w:r>
          </w:p>
        </w:tc>
      </w:tr>
      <w:tr w:rsidR="004D4B71" w14:paraId="4A5465A3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2CC79" w14:textId="77777777" w:rsidR="004D4B71" w:rsidRDefault="00000000">
            <w:pPr>
              <w:spacing w:after="0"/>
            </w:pP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සම්බන්ධීකරණ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නිලධාරියාගේ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විද්‍යුත්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තැපෑල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(Contact person’s email)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B13D4" w14:textId="77777777" w:rsidR="004D4B71" w:rsidRDefault="00000000">
            <w:pPr>
              <w:spacing w:after="0"/>
            </w:pP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සම්බන්ධීකරණ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නිලධාරියාගේ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විද්‍යුත්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තැපැල්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ලිපිනය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ඇතුළත්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]</w:t>
            </w:r>
          </w:p>
        </w:tc>
      </w:tr>
      <w:tr w:rsidR="004D4B71" w14:paraId="5FB939B0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BEBD8" w14:textId="77777777" w:rsidR="004D4B71" w:rsidRDefault="00000000">
            <w:pPr>
              <w:spacing w:after="0"/>
            </w:pP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සම්බන්ධීකරණ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නිලධාරියාගේ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දුරකථන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අංකය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(Contact person’s phone number)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377D8" w14:textId="77777777" w:rsidR="004D4B71" w:rsidRDefault="00000000">
            <w:pPr>
              <w:spacing w:after="0"/>
            </w:pP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සම්බන්ධීකරණ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නිලධාරියාගේ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දුරකථන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අංකය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ඇතුළත්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]</w:t>
            </w:r>
          </w:p>
        </w:tc>
      </w:tr>
      <w:tr w:rsidR="004D4B71" w14:paraId="6CC24837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6862B" w14:textId="77777777" w:rsidR="00A60BFF" w:rsidRDefault="00A60BFF">
            <w:pPr>
              <w:spacing w:after="0"/>
              <w:rPr>
                <w:b/>
              </w:rPr>
            </w:pPr>
          </w:p>
          <w:p w14:paraId="173B435D" w14:textId="77777777" w:rsidR="00A60BFF" w:rsidRDefault="00A60BFF">
            <w:pPr>
              <w:spacing w:after="0"/>
              <w:rPr>
                <w:b/>
              </w:rPr>
            </w:pPr>
          </w:p>
          <w:p w14:paraId="64C09951" w14:textId="77777777" w:rsidR="00A60BFF" w:rsidRDefault="00A60BFF">
            <w:pPr>
              <w:spacing w:after="0"/>
              <w:rPr>
                <w:b/>
              </w:rPr>
            </w:pPr>
          </w:p>
          <w:p w14:paraId="2080975B" w14:textId="77777777" w:rsidR="00A60BFF" w:rsidRDefault="00A60BFF">
            <w:pPr>
              <w:spacing w:after="0"/>
              <w:rPr>
                <w:b/>
              </w:rPr>
            </w:pPr>
          </w:p>
          <w:p w14:paraId="5FE6F2D2" w14:textId="4BC6B0FC" w:rsidR="004D4B71" w:rsidRDefault="00000000">
            <w:pPr>
              <w:spacing w:after="0"/>
            </w:pPr>
            <w:r>
              <w:rPr>
                <w:b/>
              </w:rPr>
              <w:lastRenderedPageBreak/>
              <w:t>*</w:t>
            </w:r>
            <w:proofErr w:type="spellStart"/>
            <w:r>
              <w:rPr>
                <w:b/>
              </w:rPr>
              <w:t>දේශගුණික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තේමාවන්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(Climate Themes)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7AA0F" w14:textId="77777777" w:rsidR="00A60BFF" w:rsidRDefault="00A60BFF">
            <w:pPr>
              <w:spacing w:after="0"/>
              <w:rPr>
                <w:i/>
                <w:color w:val="A0AEC0"/>
              </w:rPr>
            </w:pPr>
          </w:p>
          <w:p w14:paraId="799A840E" w14:textId="77777777" w:rsidR="00A60BFF" w:rsidRDefault="00A60BFF">
            <w:pPr>
              <w:spacing w:after="0"/>
              <w:rPr>
                <w:i/>
                <w:color w:val="A0AEC0"/>
              </w:rPr>
            </w:pPr>
          </w:p>
          <w:p w14:paraId="388DF05B" w14:textId="77777777" w:rsidR="00A60BFF" w:rsidRDefault="00A60BFF">
            <w:pPr>
              <w:spacing w:after="0"/>
              <w:rPr>
                <w:i/>
                <w:color w:val="A0AEC0"/>
              </w:rPr>
            </w:pPr>
          </w:p>
          <w:p w14:paraId="221FF904" w14:textId="77777777" w:rsidR="00A60BFF" w:rsidRDefault="00A60BFF">
            <w:pPr>
              <w:spacing w:after="0"/>
              <w:rPr>
                <w:i/>
                <w:color w:val="A0AEC0"/>
              </w:rPr>
            </w:pPr>
          </w:p>
          <w:p w14:paraId="5D9D75B5" w14:textId="384AA16F" w:rsidR="00373ED5" w:rsidRDefault="00000000">
            <w:pPr>
              <w:spacing w:after="0"/>
              <w:rPr>
                <w:i/>
                <w:color w:val="A0AEC0"/>
              </w:rPr>
            </w:pPr>
            <w:proofErr w:type="spellStart"/>
            <w:r>
              <w:rPr>
                <w:i/>
                <w:color w:val="A0AEC0"/>
              </w:rPr>
              <w:lastRenderedPageBreak/>
              <w:t>අපගේ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ව්‍යාපෘතිය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 w:rsidR="00373ED5" w:rsidRPr="00373ED5">
              <w:rPr>
                <w:rFonts w:ascii="Nirmala UI" w:hAnsi="Nirmala UI" w:cs="Nirmala UI"/>
                <w:i/>
                <w:color w:val="A0AEC0"/>
              </w:rPr>
              <w:t>ගම්පොල</w:t>
            </w:r>
            <w:proofErr w:type="spellEnd"/>
            <w:r w:rsidR="00373ED5">
              <w:rPr>
                <w:rFonts w:ascii="Nirmala UI" w:hAnsi="Nirmala UI" w:cs="Nirmala UI"/>
                <w:i/>
                <w:color w:val="A0AEC0"/>
              </w:rPr>
              <w:t xml:space="preserve"> </w:t>
            </w:r>
            <w:proofErr w:type="spellStart"/>
            <w:r w:rsidR="00373ED5" w:rsidRPr="00373ED5">
              <w:rPr>
                <w:rFonts w:ascii="Nirmala UI" w:hAnsi="Nirmala UI" w:cs="Nirmala UI"/>
                <w:i/>
                <w:color w:val="A0AEC0"/>
              </w:rPr>
              <w:t>නගරයේ</w:t>
            </w:r>
            <w:proofErr w:type="spellEnd"/>
            <w:r w:rsidR="00373ED5" w:rsidRPr="00373ED5">
              <w:rPr>
                <w:i/>
                <w:color w:val="A0AEC0"/>
              </w:rPr>
              <w:t xml:space="preserve"> </w:t>
            </w:r>
            <w:proofErr w:type="spellStart"/>
            <w:r w:rsidR="00373ED5" w:rsidRPr="00373ED5">
              <w:rPr>
                <w:rFonts w:ascii="Nirmala UI" w:hAnsi="Nirmala UI" w:cs="Nirmala UI"/>
                <w:i/>
                <w:color w:val="A0AEC0"/>
              </w:rPr>
              <w:t>හි</w:t>
            </w:r>
            <w:proofErr w:type="spellEnd"/>
            <w:r w:rsidR="00373ED5">
              <w:rPr>
                <w:rFonts w:ascii="Nirmala UI" w:hAnsi="Nirmala UI" w:cs="Nirmala UI"/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දේශගුණික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ප්‍රමුඛතාවලට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අනුකූල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වේ</w:t>
            </w:r>
            <w:proofErr w:type="spellEnd"/>
            <w:r>
              <w:rPr>
                <w:i/>
                <w:color w:val="A0AEC0"/>
              </w:rPr>
              <w:t xml:space="preserve">, </w:t>
            </w:r>
            <w:proofErr w:type="spellStart"/>
            <w:r>
              <w:rPr>
                <w:i/>
                <w:color w:val="A0AEC0"/>
              </w:rPr>
              <w:t>එනම්</w:t>
            </w:r>
            <w:proofErr w:type="spellEnd"/>
            <w:r>
              <w:rPr>
                <w:i/>
                <w:color w:val="A0AEC0"/>
              </w:rPr>
              <w:t>:</w:t>
            </w:r>
            <w:r>
              <w:rPr>
                <w:i/>
                <w:color w:val="A0AEC0"/>
              </w:rPr>
              <w:br/>
            </w:r>
            <w:r>
              <w:rPr>
                <w:i/>
                <w:color w:val="A0AEC0"/>
              </w:rPr>
              <w:br/>
              <w:t>[</w:t>
            </w:r>
            <w:proofErr w:type="spellStart"/>
            <w:r>
              <w:rPr>
                <w:i/>
                <w:color w:val="A0AEC0"/>
              </w:rPr>
              <w:t>පිළිතුර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මෙතැනට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ඇතුළත්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]</w:t>
            </w:r>
            <w:r>
              <w:rPr>
                <w:i/>
                <w:color w:val="A0AEC0"/>
              </w:rPr>
              <w:br/>
              <w:t>[</w:t>
            </w:r>
            <w:proofErr w:type="spellStart"/>
            <w:r>
              <w:rPr>
                <w:i/>
                <w:color w:val="A0AEC0"/>
              </w:rPr>
              <w:t>පිළිතුර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මෙතැනට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ඇතුළත්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] (</w:t>
            </w:r>
            <w:proofErr w:type="spellStart"/>
            <w:r>
              <w:rPr>
                <w:i/>
                <w:color w:val="A0AEC0"/>
              </w:rPr>
              <w:t>විකල්ප</w:t>
            </w:r>
            <w:proofErr w:type="spellEnd"/>
            <w:r>
              <w:rPr>
                <w:i/>
                <w:color w:val="A0AEC0"/>
              </w:rPr>
              <w:t>)</w:t>
            </w:r>
            <w:r>
              <w:rPr>
                <w:i/>
                <w:color w:val="A0AEC0"/>
              </w:rPr>
              <w:br/>
              <w:t>[</w:t>
            </w:r>
            <w:proofErr w:type="spellStart"/>
            <w:r>
              <w:rPr>
                <w:i/>
                <w:color w:val="A0AEC0"/>
              </w:rPr>
              <w:t>පිළිතුර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මෙතැනට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ඇතුළත්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] (</w:t>
            </w:r>
            <w:proofErr w:type="spellStart"/>
            <w:r>
              <w:rPr>
                <w:i/>
                <w:color w:val="A0AEC0"/>
              </w:rPr>
              <w:t>විකල්ප</w:t>
            </w:r>
            <w:proofErr w:type="spellEnd"/>
            <w:r>
              <w:rPr>
                <w:i/>
                <w:color w:val="A0AEC0"/>
              </w:rPr>
              <w:t>)</w:t>
            </w:r>
            <w:r>
              <w:rPr>
                <w:i/>
                <w:color w:val="A0AEC0"/>
              </w:rPr>
              <w:br/>
            </w:r>
            <w:r>
              <w:rPr>
                <w:i/>
                <w:color w:val="A0AEC0"/>
              </w:rPr>
              <w:br/>
            </w:r>
            <w:proofErr w:type="spellStart"/>
            <w:r>
              <w:rPr>
                <w:i/>
                <w:color w:val="A0AEC0"/>
              </w:rPr>
              <w:t>ඔබට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සම්පූර්ණ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දේශගුණික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සැලැස්ම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මෙතැනින්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කියවිය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හැක</w:t>
            </w:r>
            <w:proofErr w:type="spellEnd"/>
            <w:r w:rsidR="00373ED5">
              <w:rPr>
                <w:i/>
                <w:color w:val="A0AEC0"/>
              </w:rPr>
              <w:t>.</w:t>
            </w:r>
          </w:p>
          <w:p w14:paraId="74027AFB" w14:textId="77777777" w:rsidR="00373ED5" w:rsidRDefault="00373ED5">
            <w:pPr>
              <w:spacing w:after="0"/>
              <w:rPr>
                <w:i/>
                <w:color w:val="A0AEC0"/>
              </w:rPr>
            </w:pPr>
          </w:p>
          <w:p w14:paraId="39FE52FB" w14:textId="5A4CA6D8" w:rsidR="004D4B71" w:rsidRDefault="00373ED5">
            <w:pPr>
              <w:spacing w:after="0"/>
            </w:pPr>
            <w:hyperlink r:id="rId8" w:history="1">
              <w:r w:rsidRPr="00E87FB0">
                <w:rPr>
                  <w:rStyle w:val="Hyperlink"/>
                  <w:i/>
                </w:rPr>
                <w:t>https://gampola.uc.gov.lk/pdf/Gampola%20Urban%20Council_CAP.pdf</w:t>
              </w:r>
            </w:hyperlink>
          </w:p>
        </w:tc>
      </w:tr>
      <w:tr w:rsidR="004D4B71" w14:paraId="555B0400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9486F" w14:textId="77777777" w:rsidR="004D4B71" w:rsidRDefault="00000000">
            <w:pPr>
              <w:spacing w:after="0"/>
            </w:pPr>
            <w:r>
              <w:rPr>
                <w:b/>
              </w:rPr>
              <w:lastRenderedPageBreak/>
              <w:t>*</w:t>
            </w:r>
            <w:proofErr w:type="spellStart"/>
            <w:r>
              <w:rPr>
                <w:b/>
              </w:rPr>
              <w:t>ව්‍යාපෘති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විස්තරය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(Project description)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CBE3E" w14:textId="77777777" w:rsidR="004D4B71" w:rsidRDefault="00000000">
            <w:pPr>
              <w:spacing w:after="0"/>
            </w:pP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ඔබේ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ව්‍යාපෘතියේ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ප්‍රධාන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අරමුණු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සහ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අභිප්‍රායන්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මෙන්ම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ප්‍රජාවට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සහ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පරිසරයට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එයින්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බලාපොරොත්තු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බලපෑම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ඇතුළුව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ව්‍යාපෘතිය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පිළිබඳ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දළ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විශ්ලේෂණයක්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සපයන්න</w:t>
            </w:r>
            <w:proofErr w:type="spellEnd"/>
            <w:r>
              <w:rPr>
                <w:i/>
                <w:color w:val="A0AEC0"/>
              </w:rPr>
              <w:t xml:space="preserve">. </w:t>
            </w:r>
            <w:proofErr w:type="spellStart"/>
            <w:r>
              <w:rPr>
                <w:i/>
                <w:color w:val="A0AEC0"/>
              </w:rPr>
              <w:t>ඔබේ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ව්‍යාපෘතිය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මගින්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විසඳීමට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අපේක්ෂා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වත්මන්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ගැටලු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හෝ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අභියෝග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සහ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මෙම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මැදිහත්වීම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අවස්ථාවේදී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අත්‍යවශ්‍ය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වන්නේ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ඇයිද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යන්න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විස්තර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. (</w:t>
            </w:r>
            <w:proofErr w:type="spellStart"/>
            <w:r>
              <w:rPr>
                <w:i/>
                <w:color w:val="A0AEC0"/>
              </w:rPr>
              <w:t>උපරිම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වචන</w:t>
            </w:r>
            <w:proofErr w:type="spellEnd"/>
            <w:r>
              <w:rPr>
                <w:i/>
                <w:color w:val="A0AEC0"/>
              </w:rPr>
              <w:t xml:space="preserve"> 300)]</w:t>
            </w:r>
          </w:p>
        </w:tc>
      </w:tr>
      <w:tr w:rsidR="004D4B71" w14:paraId="68144F99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545AD" w14:textId="77777777" w:rsidR="004D4B71" w:rsidRDefault="00000000">
            <w:pPr>
              <w:spacing w:after="0"/>
            </w:pP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ව්‍යාපෘති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ක්‍රියාකාරකම්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සහ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කාලරාමුව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(Project activities and timeline)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EB0E1" w14:textId="3FA0D230" w:rsidR="004D4B71" w:rsidRDefault="00000000">
            <w:pPr>
              <w:spacing w:after="0"/>
            </w:pP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ඔබේ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ව්‍යාපෘතිය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මගින්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සිදුකරනු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ලබන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නිශ්චිත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ක්‍රියාකාරකම්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සහ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පියවර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විස්තර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 xml:space="preserve">. </w:t>
            </w:r>
            <w:proofErr w:type="spellStart"/>
            <w:r>
              <w:rPr>
                <w:i/>
                <w:color w:val="A0AEC0"/>
              </w:rPr>
              <w:t>ව්‍යාපෘතියේ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ක්‍රියාකාරකම්</w:t>
            </w:r>
            <w:proofErr w:type="spellEnd"/>
            <w:r>
              <w:rPr>
                <w:i/>
                <w:color w:val="A0AEC0"/>
              </w:rPr>
              <w:t xml:space="preserve"> 2027 </w:t>
            </w:r>
            <w:proofErr w:type="spellStart"/>
            <w:r>
              <w:rPr>
                <w:i/>
                <w:color w:val="A0AEC0"/>
              </w:rPr>
              <w:t>අප්‍රේල්</w:t>
            </w:r>
            <w:proofErr w:type="spellEnd"/>
            <w:r>
              <w:rPr>
                <w:i/>
                <w:color w:val="A0AEC0"/>
              </w:rPr>
              <w:t xml:space="preserve"> 15 </w:t>
            </w:r>
            <w:proofErr w:type="spellStart"/>
            <w:r>
              <w:rPr>
                <w:i/>
                <w:color w:val="A0AEC0"/>
              </w:rPr>
              <w:t>වන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දිනට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පෙර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අවසන්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බව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පෙන්වන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පැහැදිලි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කාලරාමුවක්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ඇතුළත්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. (</w:t>
            </w:r>
            <w:proofErr w:type="spellStart"/>
            <w:r>
              <w:rPr>
                <w:i/>
                <w:color w:val="A0AEC0"/>
              </w:rPr>
              <w:t>උපරිම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වචන</w:t>
            </w:r>
            <w:proofErr w:type="spellEnd"/>
            <w:r>
              <w:rPr>
                <w:i/>
                <w:color w:val="A0AEC0"/>
              </w:rPr>
              <w:t xml:space="preserve"> 300)]</w:t>
            </w:r>
          </w:p>
        </w:tc>
      </w:tr>
      <w:tr w:rsidR="004D4B71" w14:paraId="08F66C66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E92B2" w14:textId="77777777" w:rsidR="004D4B71" w:rsidRDefault="00000000">
            <w:pPr>
              <w:spacing w:after="0"/>
            </w:pP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තරුණ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ප්‍රජාවගේ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දායකත්වය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(Role of young people)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EA900" w14:textId="77777777" w:rsidR="004D4B71" w:rsidRDefault="00000000">
            <w:pPr>
              <w:spacing w:after="0"/>
            </w:pP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තරුණ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තරුණියන්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ඔබේ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ව්‍යාපෘතියට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සම්බන්ධ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ආකාරය</w:t>
            </w:r>
            <w:proofErr w:type="spellEnd"/>
            <w:r>
              <w:rPr>
                <w:i/>
                <w:color w:val="A0AEC0"/>
              </w:rPr>
              <w:t xml:space="preserve">, </w:t>
            </w:r>
            <w:proofErr w:type="spellStart"/>
            <w:r>
              <w:rPr>
                <w:i/>
                <w:color w:val="A0AEC0"/>
              </w:rPr>
              <w:t>ඔවුන්ගේ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භූමිකාවන්</w:t>
            </w:r>
            <w:proofErr w:type="spellEnd"/>
            <w:r>
              <w:rPr>
                <w:i/>
                <w:color w:val="A0AEC0"/>
              </w:rPr>
              <w:t xml:space="preserve">, </w:t>
            </w:r>
            <w:proofErr w:type="spellStart"/>
            <w:r>
              <w:rPr>
                <w:i/>
                <w:color w:val="A0AEC0"/>
              </w:rPr>
              <w:t>වගකීම්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සහ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නායකත්වය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සඳහා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ඇති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අවස්ථා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ඇතුළුව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විස්තර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. (</w:t>
            </w:r>
            <w:proofErr w:type="spellStart"/>
            <w:r>
              <w:rPr>
                <w:i/>
                <w:color w:val="A0AEC0"/>
              </w:rPr>
              <w:t>උපරිම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වචන</w:t>
            </w:r>
            <w:proofErr w:type="spellEnd"/>
            <w:r>
              <w:rPr>
                <w:i/>
                <w:color w:val="A0AEC0"/>
              </w:rPr>
              <w:t xml:space="preserve"> 200)]</w:t>
            </w:r>
          </w:p>
        </w:tc>
      </w:tr>
      <w:tr w:rsidR="004D4B71" w14:paraId="06CE5320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94138" w14:textId="77777777" w:rsidR="004D4B71" w:rsidRDefault="00000000">
            <w:pPr>
              <w:spacing w:after="0"/>
            </w:pP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ව්‍යාපෘතියට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සම්බන්ධ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වන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තරුණ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සංඛ්‍යාව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(Number of young people involved in the project)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7FC14" w14:textId="77777777" w:rsidR="004D4B71" w:rsidRDefault="00000000">
            <w:pPr>
              <w:spacing w:after="0"/>
            </w:pP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තරුණ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නායකයින්</w:t>
            </w:r>
            <w:proofErr w:type="spellEnd"/>
            <w:r>
              <w:rPr>
                <w:i/>
                <w:color w:val="A0AEC0"/>
              </w:rPr>
              <w:t xml:space="preserve">, </w:t>
            </w:r>
            <w:proofErr w:type="spellStart"/>
            <w:r>
              <w:rPr>
                <w:i/>
                <w:color w:val="A0AEC0"/>
              </w:rPr>
              <w:t>ස්වේච්ඡා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සේවකයන්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සහ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සහභාගිවන්නන්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ඇතුළුව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ඔබේ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ව්‍යාපෘතියට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සම්බන්ධ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මුළු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තරුණ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සංඛ්‍යාව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ඇස්තමේන්තු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]</w:t>
            </w:r>
          </w:p>
        </w:tc>
      </w:tr>
      <w:tr w:rsidR="004D4B71" w14:paraId="38E81C77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7AD85" w14:textId="77777777" w:rsidR="004D4B71" w:rsidRDefault="00000000">
            <w:pPr>
              <w:spacing w:after="0"/>
            </w:pPr>
            <w:r>
              <w:rPr>
                <w:b/>
              </w:rPr>
              <w:lastRenderedPageBreak/>
              <w:t>*</w:t>
            </w:r>
            <w:proofErr w:type="spellStart"/>
            <w:r>
              <w:rPr>
                <w:b/>
              </w:rPr>
              <w:t>ව්‍යාපෘති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ප්‍රතිඵල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(Project Result(s))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89851" w14:textId="77777777" w:rsidR="004D4B71" w:rsidRDefault="00000000">
            <w:pPr>
              <w:spacing w:after="0"/>
            </w:pP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ඔබේ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ව්‍යාපෘතියේ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ක්ෂණික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ජයග්‍රහණ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සහ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ප්‍රගතිය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පෙන්නුම්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අවම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වශයෙන්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එකක්වත්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මැනිය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හැකි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ප්‍රතිඵලයක්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විස්තර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. (</w:t>
            </w:r>
            <w:proofErr w:type="spellStart"/>
            <w:r>
              <w:rPr>
                <w:i/>
                <w:color w:val="A0AEC0"/>
              </w:rPr>
              <w:t>උපරිම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වචන</w:t>
            </w:r>
            <w:proofErr w:type="spellEnd"/>
            <w:r>
              <w:rPr>
                <w:i/>
                <w:color w:val="A0AEC0"/>
              </w:rPr>
              <w:t xml:space="preserve"> 10)]</w:t>
            </w:r>
          </w:p>
        </w:tc>
      </w:tr>
      <w:tr w:rsidR="004D4B71" w14:paraId="2FB3B2D0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8CE2F" w14:textId="77777777" w:rsidR="004D4B71" w:rsidRDefault="00000000">
            <w:pPr>
              <w:spacing w:after="0"/>
            </w:pP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ව්‍යාපෘති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බලපෑම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(Project Impact)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AA974" w14:textId="77777777" w:rsidR="004D4B71" w:rsidRDefault="00000000">
            <w:pPr>
              <w:spacing w:after="0"/>
            </w:pP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ඔබේ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ව්‍යාපෘතිය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මගින්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හැසිරීම්</w:t>
            </w:r>
            <w:proofErr w:type="spellEnd"/>
            <w:r>
              <w:rPr>
                <w:i/>
                <w:color w:val="A0AEC0"/>
              </w:rPr>
              <w:t xml:space="preserve">, </w:t>
            </w:r>
            <w:proofErr w:type="spellStart"/>
            <w:r>
              <w:rPr>
                <w:i/>
                <w:color w:val="A0AEC0"/>
              </w:rPr>
              <w:t>දැනුම</w:t>
            </w:r>
            <w:proofErr w:type="spellEnd"/>
            <w:r>
              <w:rPr>
                <w:i/>
                <w:color w:val="A0AEC0"/>
              </w:rPr>
              <w:t xml:space="preserve">, </w:t>
            </w:r>
            <w:proofErr w:type="spellStart"/>
            <w:r>
              <w:rPr>
                <w:i/>
                <w:color w:val="A0AEC0"/>
              </w:rPr>
              <w:t>ආකල්ප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හෝ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ක්‍රියාවලීන්හි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වෙනස්කම්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ඇති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කෙසේදැයි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විස්තර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 xml:space="preserve"> (</w:t>
            </w:r>
            <w:proofErr w:type="spellStart"/>
            <w:r>
              <w:rPr>
                <w:i/>
                <w:color w:val="A0AEC0"/>
              </w:rPr>
              <w:t>උපරිම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වචන</w:t>
            </w:r>
            <w:proofErr w:type="spellEnd"/>
            <w:r>
              <w:rPr>
                <w:i/>
                <w:color w:val="A0AEC0"/>
              </w:rPr>
              <w:t xml:space="preserve"> 100)]</w:t>
            </w:r>
          </w:p>
        </w:tc>
      </w:tr>
      <w:tr w:rsidR="004D4B71" w14:paraId="0C8D72A8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FB027" w14:textId="77777777" w:rsidR="004D4B71" w:rsidRDefault="00000000">
            <w:pPr>
              <w:spacing w:after="0"/>
            </w:pP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ක්ෂුද්‍ර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ප්‍රදාන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ඉල්ලීම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(Microgrant request)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592CB" w14:textId="44C702F6" w:rsidR="004D4B71" w:rsidRDefault="00000000">
            <w:pPr>
              <w:spacing w:after="0"/>
            </w:pP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ඇමරිකානු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ඩොලර්</w:t>
            </w:r>
            <w:proofErr w:type="spellEnd"/>
            <w:r>
              <w:rPr>
                <w:i/>
                <w:color w:val="A0AEC0"/>
              </w:rPr>
              <w:t xml:space="preserve"> 1,000 </w:t>
            </w:r>
            <w:proofErr w:type="spellStart"/>
            <w:r>
              <w:rPr>
                <w:i/>
                <w:color w:val="A0AEC0"/>
              </w:rPr>
              <w:t>සහ</w:t>
            </w:r>
            <w:proofErr w:type="spellEnd"/>
            <w:r>
              <w:rPr>
                <w:i/>
                <w:color w:val="A0AEC0"/>
              </w:rPr>
              <w:t xml:space="preserve"> 5,000 </w:t>
            </w:r>
            <w:proofErr w:type="spellStart"/>
            <w:r>
              <w:rPr>
                <w:i/>
                <w:color w:val="A0AEC0"/>
              </w:rPr>
              <w:t>අතර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මුදලක්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 w:rsidR="00A60BFF" w:rsidRPr="00A60BFF">
              <w:rPr>
                <w:rFonts w:ascii="Nirmala UI" w:hAnsi="Nirmala UI" w:cs="Nirmala UI"/>
                <w:i/>
                <w:color w:val="A0AEC0"/>
              </w:rPr>
              <w:t>විය</w:t>
            </w:r>
            <w:proofErr w:type="spellEnd"/>
            <w:r w:rsidR="00A60BFF" w:rsidRPr="00A60BFF">
              <w:rPr>
                <w:i/>
                <w:color w:val="A0AEC0"/>
              </w:rPr>
              <w:t xml:space="preserve"> </w:t>
            </w:r>
            <w:proofErr w:type="spellStart"/>
            <w:r w:rsidR="00A60BFF" w:rsidRPr="00A60BFF">
              <w:rPr>
                <w:rFonts w:ascii="Nirmala UI" w:hAnsi="Nirmala UI" w:cs="Nirmala UI"/>
                <w:i/>
                <w:color w:val="A0AEC0"/>
              </w:rPr>
              <w:t>යුතුය</w:t>
            </w:r>
            <w:proofErr w:type="spellEnd"/>
            <w:r>
              <w:rPr>
                <w:i/>
                <w:color w:val="A0AEC0"/>
              </w:rPr>
              <w:t>.]</w:t>
            </w:r>
          </w:p>
        </w:tc>
      </w:tr>
      <w:tr w:rsidR="004D4B71" w14:paraId="11880251" w14:textId="77777777">
        <w:tc>
          <w:tcPr>
            <w:tcW w:w="3600" w:type="dxa"/>
            <w:tcBorders>
              <w:bottom w:val="single" w:sz="4" w:space="0" w:color="E2E8F0"/>
            </w:tcBorders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442B7" w14:textId="77777777" w:rsidR="004D4B71" w:rsidRDefault="00000000">
            <w:pPr>
              <w:spacing w:after="0"/>
            </w:pPr>
            <w:r>
              <w:rPr>
                <w:b/>
              </w:rPr>
              <w:t>*</w:t>
            </w:r>
            <w:proofErr w:type="spellStart"/>
            <w:r>
              <w:rPr>
                <w:b/>
              </w:rPr>
              <w:t>අයවැය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br/>
              <w:t>(Budget)</w:t>
            </w:r>
          </w:p>
        </w:tc>
        <w:tc>
          <w:tcPr>
            <w:tcW w:w="6192" w:type="dxa"/>
            <w:tcBorders>
              <w:bottom w:val="single" w:sz="4" w:space="0" w:color="E2E8F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03C59" w14:textId="558B53B1" w:rsidR="004D4B71" w:rsidRDefault="00000000">
            <w:pPr>
              <w:spacing w:after="0"/>
            </w:pP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ඔබේ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ව්‍යාපෘතිය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සඳහා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ක්ෂුද්‍ර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ප්‍රදාන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අරමුදල්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භාවිතා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කෙසේදැයි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ලැයිස්තුවක්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ලෙස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හෝ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ඇමුණුමක්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ලෙස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පැහැදිලි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.]</w:t>
            </w:r>
            <w:r>
              <w:rPr>
                <w:i/>
                <w:color w:val="A0AEC0"/>
              </w:rPr>
              <w:br/>
            </w:r>
            <w:r>
              <w:rPr>
                <w:i/>
                <w:color w:val="A0AEC0"/>
              </w:rPr>
              <w:br/>
            </w:r>
            <w:proofErr w:type="spellStart"/>
            <w:r>
              <w:rPr>
                <w:i/>
                <w:color w:val="A0AEC0"/>
              </w:rPr>
              <w:t>උදාහරණ</w:t>
            </w:r>
            <w:proofErr w:type="spellEnd"/>
            <w:r>
              <w:rPr>
                <w:i/>
                <w:color w:val="A0AEC0"/>
              </w:rPr>
              <w:t>:</w:t>
            </w:r>
            <w:r>
              <w:rPr>
                <w:i/>
                <w:color w:val="A0AEC0"/>
              </w:rPr>
              <w:br/>
            </w:r>
            <w:proofErr w:type="spellStart"/>
            <w:r>
              <w:rPr>
                <w:i/>
                <w:color w:val="A0AEC0"/>
              </w:rPr>
              <w:t>සැපයුම්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සහ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ද්‍රව්‍ය</w:t>
            </w:r>
            <w:proofErr w:type="spellEnd"/>
            <w:r>
              <w:rPr>
                <w:i/>
                <w:color w:val="A0AEC0"/>
              </w:rPr>
              <w:t xml:space="preserve"> (Supplies and Materials): </w:t>
            </w:r>
            <w:r>
              <w:rPr>
                <w:i/>
                <w:color w:val="A0AEC0"/>
              </w:rPr>
              <w:br/>
            </w:r>
            <w:proofErr w:type="spellStart"/>
            <w:r>
              <w:rPr>
                <w:i/>
                <w:color w:val="A0AEC0"/>
              </w:rPr>
              <w:t>උපකරණ</w:t>
            </w:r>
            <w:proofErr w:type="spellEnd"/>
            <w:r>
              <w:rPr>
                <w:i/>
                <w:color w:val="A0AEC0"/>
              </w:rPr>
              <w:t xml:space="preserve"> (Equipment): </w:t>
            </w:r>
            <w:r>
              <w:rPr>
                <w:i/>
                <w:color w:val="A0AEC0"/>
              </w:rPr>
              <w:br/>
            </w:r>
            <w:proofErr w:type="spellStart"/>
            <w:r>
              <w:rPr>
                <w:i/>
                <w:color w:val="A0AEC0"/>
              </w:rPr>
              <w:t>ප්‍රවාහනය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සහ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ආහාර</w:t>
            </w:r>
            <w:proofErr w:type="spellEnd"/>
            <w:r>
              <w:rPr>
                <w:i/>
                <w:color w:val="A0AEC0"/>
              </w:rPr>
              <w:t xml:space="preserve"> (Transportation and Food): </w:t>
            </w:r>
            <w:r>
              <w:rPr>
                <w:i/>
                <w:color w:val="A0AEC0"/>
              </w:rPr>
              <w:br/>
            </w:r>
            <w:proofErr w:type="spellStart"/>
            <w:r>
              <w:rPr>
                <w:i/>
                <w:color w:val="A0AEC0"/>
              </w:rPr>
              <w:t>උත්සව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සහ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සන්නිවේදනය</w:t>
            </w:r>
            <w:proofErr w:type="spellEnd"/>
            <w:r>
              <w:rPr>
                <w:i/>
                <w:color w:val="A0AEC0"/>
              </w:rPr>
              <w:t xml:space="preserve"> (Events and Communication): </w:t>
            </w:r>
            <w:r>
              <w:rPr>
                <w:i/>
                <w:color w:val="A0AEC0"/>
              </w:rPr>
              <w:br/>
            </w:r>
            <w:proofErr w:type="spellStart"/>
            <w:r>
              <w:rPr>
                <w:i/>
                <w:color w:val="A0AEC0"/>
              </w:rPr>
              <w:t>එකතුව</w:t>
            </w:r>
            <w:proofErr w:type="spellEnd"/>
            <w:r>
              <w:rPr>
                <w:i/>
                <w:color w:val="A0AEC0"/>
              </w:rPr>
              <w:t xml:space="preserve"> (Total): </w:t>
            </w:r>
          </w:p>
        </w:tc>
      </w:tr>
    </w:tbl>
    <w:p w14:paraId="29CDAB21" w14:textId="77777777" w:rsidR="004D4B71" w:rsidRDefault="004D4B71">
      <w:pPr>
        <w:spacing w:after="320"/>
      </w:pPr>
    </w:p>
    <w:p w14:paraId="17F85E5F" w14:textId="77777777" w:rsidR="00F44DE8" w:rsidRDefault="00F44DE8">
      <w:pPr>
        <w:spacing w:after="320"/>
      </w:pPr>
    </w:p>
    <w:p w14:paraId="4889694C" w14:textId="77777777" w:rsidR="00F44DE8" w:rsidRDefault="00F44DE8">
      <w:pPr>
        <w:spacing w:after="320"/>
      </w:pPr>
    </w:p>
    <w:p w14:paraId="473AC048" w14:textId="77777777" w:rsidR="00F44DE8" w:rsidRDefault="00F44DE8">
      <w:pPr>
        <w:spacing w:after="320"/>
      </w:pPr>
    </w:p>
    <w:p w14:paraId="7FA2D8E9" w14:textId="77777777" w:rsidR="00F44DE8" w:rsidRDefault="00F44DE8">
      <w:pPr>
        <w:spacing w:after="320"/>
      </w:pPr>
    </w:p>
    <w:p w14:paraId="32205F82" w14:textId="77777777" w:rsidR="00F44DE8" w:rsidRDefault="00F44DE8">
      <w:pPr>
        <w:spacing w:after="320"/>
      </w:pPr>
    </w:p>
    <w:p w14:paraId="64EB767E" w14:textId="77777777" w:rsidR="00F44DE8" w:rsidRDefault="00F44DE8">
      <w:pPr>
        <w:spacing w:after="320"/>
      </w:pPr>
    </w:p>
    <w:p w14:paraId="4B702AEB" w14:textId="77777777" w:rsidR="00F44DE8" w:rsidRDefault="00F44DE8">
      <w:pPr>
        <w:spacing w:after="3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20"/>
      </w:tblGrid>
      <w:tr w:rsidR="004D4B71" w14:paraId="4FD3A2FA" w14:textId="77777777">
        <w:tc>
          <w:tcPr>
            <w:tcW w:w="9936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4C11C73" w14:textId="0C838810" w:rsidR="00373ED5" w:rsidRPr="002149F0" w:rsidRDefault="00000000">
            <w:pPr>
              <w:rPr>
                <w:bCs/>
              </w:rPr>
            </w:pPr>
            <w:r>
              <w:rPr>
                <w:b/>
                <w:color w:val="2C5282"/>
              </w:rPr>
              <w:lastRenderedPageBreak/>
              <w:t>*</w:t>
            </w:r>
            <w:proofErr w:type="spellStart"/>
            <w:r>
              <w:rPr>
                <w:b/>
                <w:color w:val="2C5282"/>
              </w:rPr>
              <w:t>ප්‍රකාශය</w:t>
            </w:r>
            <w:proofErr w:type="spellEnd"/>
            <w:r>
              <w:rPr>
                <w:b/>
                <w:color w:val="2C5282"/>
              </w:rPr>
              <w:t xml:space="preserve"> (Declaration):</w:t>
            </w:r>
            <w:r>
              <w:rPr>
                <w:b/>
                <w:color w:val="2C5282"/>
              </w:rPr>
              <w:br/>
            </w:r>
            <w:proofErr w:type="spellStart"/>
            <w:r>
              <w:t>මෙම</w:t>
            </w:r>
            <w:proofErr w:type="spellEnd"/>
            <w:r>
              <w:t xml:space="preserve"> </w:t>
            </w:r>
            <w:proofErr w:type="spellStart"/>
            <w:r>
              <w:t>අයදුම්පත</w:t>
            </w:r>
            <w:proofErr w:type="spellEnd"/>
            <w:r>
              <w:t xml:space="preserve"> </w:t>
            </w:r>
            <w:proofErr w:type="spellStart"/>
            <w:r>
              <w:t>ඉදිරිපත්</w:t>
            </w:r>
            <w:proofErr w:type="spellEnd"/>
            <w:r>
              <w:t xml:space="preserve"> </w:t>
            </w:r>
            <w:proofErr w:type="spellStart"/>
            <w:r>
              <w:t>කිරීම</w:t>
            </w:r>
            <w:proofErr w:type="spellEnd"/>
            <w:r>
              <w:t xml:space="preserve"> </w:t>
            </w:r>
            <w:proofErr w:type="spellStart"/>
            <w:r>
              <w:t>මගින්</w:t>
            </w:r>
            <w:proofErr w:type="spellEnd"/>
            <w:r>
              <w:t xml:space="preserve">, </w:t>
            </w:r>
            <w:proofErr w:type="spellStart"/>
            <w:r>
              <w:t>අපි</w:t>
            </w:r>
            <w:proofErr w:type="spellEnd"/>
            <w:r>
              <w:t xml:space="preserve"> </w:t>
            </w:r>
            <w:proofErr w:type="spellStart"/>
            <w:r w:rsidR="002149F0" w:rsidRPr="002149F0">
              <w:rPr>
                <w:rFonts w:ascii="Nirmala UI" w:hAnsi="Nirmala UI" w:cs="Nirmala UI"/>
                <w:bCs/>
              </w:rPr>
              <w:t>දේශගුණික</w:t>
            </w:r>
            <w:proofErr w:type="spellEnd"/>
            <w:r w:rsidR="002149F0" w:rsidRPr="002149F0">
              <w:rPr>
                <w:bCs/>
              </w:rPr>
              <w:t xml:space="preserve"> </w:t>
            </w:r>
            <w:proofErr w:type="spellStart"/>
            <w:r w:rsidR="002149F0" w:rsidRPr="002149F0">
              <w:rPr>
                <w:rFonts w:ascii="Nirmala UI" w:hAnsi="Nirmala UI" w:cs="Nirmala UI"/>
                <w:bCs/>
              </w:rPr>
              <w:t>ක්</w:t>
            </w:r>
            <w:r w:rsidR="002149F0" w:rsidRPr="002149F0">
              <w:rPr>
                <w:bCs/>
              </w:rPr>
              <w:t>‍</w:t>
            </w:r>
            <w:r w:rsidR="002149F0" w:rsidRPr="002149F0">
              <w:rPr>
                <w:rFonts w:ascii="Nirmala UI" w:hAnsi="Nirmala UI" w:cs="Nirmala UI"/>
                <w:bCs/>
              </w:rPr>
              <w:t>රියාකාරකම්</w:t>
            </w:r>
            <w:proofErr w:type="spellEnd"/>
            <w:r w:rsidR="002149F0" w:rsidRPr="002149F0">
              <w:rPr>
                <w:bCs/>
              </w:rPr>
              <w:t xml:space="preserve"> </w:t>
            </w:r>
            <w:proofErr w:type="spellStart"/>
            <w:r w:rsidR="002149F0" w:rsidRPr="002149F0">
              <w:rPr>
                <w:rFonts w:ascii="Nirmala UI" w:hAnsi="Nirmala UI" w:cs="Nirmala UI"/>
                <w:bCs/>
              </w:rPr>
              <w:t>සඳහා</w:t>
            </w:r>
            <w:proofErr w:type="spellEnd"/>
            <w:r w:rsidR="002149F0" w:rsidRPr="002149F0">
              <w:rPr>
                <w:bCs/>
              </w:rPr>
              <w:t xml:space="preserve"> </w:t>
            </w:r>
            <w:proofErr w:type="spellStart"/>
            <w:r w:rsidR="002149F0" w:rsidRPr="002149F0">
              <w:rPr>
                <w:rFonts w:ascii="Nirmala UI" w:hAnsi="Nirmala UI" w:cs="Nirmala UI"/>
                <w:bCs/>
              </w:rPr>
              <w:t>වන</w:t>
            </w:r>
            <w:proofErr w:type="spellEnd"/>
            <w:r w:rsidR="002149F0" w:rsidRPr="002149F0">
              <w:rPr>
                <w:bCs/>
              </w:rPr>
              <w:t xml:space="preserve"> </w:t>
            </w:r>
            <w:proofErr w:type="spellStart"/>
            <w:r w:rsidR="002149F0" w:rsidRPr="002149F0">
              <w:rPr>
                <w:rFonts w:ascii="Nirmala UI" w:hAnsi="Nirmala UI" w:cs="Nirmala UI"/>
                <w:bCs/>
              </w:rPr>
              <w:t>තරුණ</w:t>
            </w:r>
            <w:proofErr w:type="spellEnd"/>
            <w:r w:rsidR="002149F0" w:rsidRPr="002149F0">
              <w:rPr>
                <w:bCs/>
              </w:rPr>
              <w:t xml:space="preserve"> </w:t>
            </w:r>
            <w:proofErr w:type="spellStart"/>
            <w:r w:rsidR="002149F0" w:rsidRPr="002149F0">
              <w:rPr>
                <w:rFonts w:ascii="Nirmala UI" w:hAnsi="Nirmala UI" w:cs="Nirmala UI"/>
                <w:bCs/>
              </w:rPr>
              <w:t>සාමුහිකයේ</w:t>
            </w:r>
            <w:proofErr w:type="spellEnd"/>
            <w:r w:rsidR="002149F0" w:rsidRPr="002149F0">
              <w:rPr>
                <w:bCs/>
              </w:rPr>
              <w:t xml:space="preserve"> </w:t>
            </w:r>
            <w:proofErr w:type="spellStart"/>
            <w:r w:rsidR="002149F0" w:rsidRPr="002149F0">
              <w:rPr>
                <w:rFonts w:ascii="Nirmala UI" w:hAnsi="Nirmala UI" w:cs="Nirmala UI"/>
                <w:bCs/>
              </w:rPr>
              <w:t>ගෝලීය</w:t>
            </w:r>
            <w:proofErr w:type="spellEnd"/>
            <w:r w:rsidR="002149F0" w:rsidRPr="002149F0">
              <w:rPr>
                <w:bCs/>
              </w:rPr>
              <w:t xml:space="preserve"> </w:t>
            </w:r>
            <w:proofErr w:type="spellStart"/>
            <w:r w:rsidR="002149F0" w:rsidRPr="002149F0">
              <w:rPr>
                <w:rFonts w:ascii="Nirmala UI" w:hAnsi="Nirmala UI" w:cs="Nirmala UI"/>
                <w:bCs/>
              </w:rPr>
              <w:t>අරමුදලේ</w:t>
            </w:r>
            <w:proofErr w:type="spellEnd"/>
            <w:r w:rsidR="002149F0">
              <w:rPr>
                <w:rFonts w:cs="Nirmala UI"/>
                <w:bCs/>
              </w:rPr>
              <w:t xml:space="preserve"> </w:t>
            </w:r>
            <w:r>
              <w:t xml:space="preserve">(Youth Climate Action Fund) </w:t>
            </w:r>
            <w:proofErr w:type="spellStart"/>
            <w:r>
              <w:t>නියමයන්</w:t>
            </w:r>
            <w:proofErr w:type="spellEnd"/>
            <w:r>
              <w:t xml:space="preserve"> </w:t>
            </w:r>
            <w:proofErr w:type="spellStart"/>
            <w:r>
              <w:t>සහ</w:t>
            </w:r>
            <w:proofErr w:type="spellEnd"/>
            <w:r>
              <w:t xml:space="preserve"> </w:t>
            </w:r>
            <w:proofErr w:type="spellStart"/>
            <w:r>
              <w:t>කොන්දේසිවලට</w:t>
            </w:r>
            <w:proofErr w:type="spellEnd"/>
            <w:r>
              <w:t xml:space="preserve"> </w:t>
            </w:r>
            <w:proofErr w:type="spellStart"/>
            <w:r>
              <w:t>අනුකූල</w:t>
            </w:r>
            <w:proofErr w:type="spellEnd"/>
            <w:r>
              <w:t xml:space="preserve"> </w:t>
            </w:r>
            <w:proofErr w:type="spellStart"/>
            <w:r>
              <w:t>වීමට</w:t>
            </w:r>
            <w:proofErr w:type="spellEnd"/>
            <w:r>
              <w:t xml:space="preserve"> </w:t>
            </w:r>
            <w:proofErr w:type="spellStart"/>
            <w:r>
              <w:t>එකඟ</w:t>
            </w:r>
            <w:proofErr w:type="spellEnd"/>
            <w:r>
              <w:t xml:space="preserve"> </w:t>
            </w:r>
            <w:proofErr w:type="spellStart"/>
            <w:r>
              <w:t>වන</w:t>
            </w:r>
            <w:proofErr w:type="spellEnd"/>
            <w:r>
              <w:t xml:space="preserve"> </w:t>
            </w:r>
            <w:proofErr w:type="spellStart"/>
            <w:r>
              <w:t>අතර</w:t>
            </w:r>
            <w:proofErr w:type="spellEnd"/>
            <w:r>
              <w:t xml:space="preserve">, </w:t>
            </w:r>
            <w:proofErr w:type="spellStart"/>
            <w:r>
              <w:t>අපගේ</w:t>
            </w:r>
            <w:proofErr w:type="spellEnd"/>
            <w:r>
              <w:t xml:space="preserve"> </w:t>
            </w:r>
            <w:proofErr w:type="spellStart"/>
            <w:r>
              <w:t>ව්‍යාපෘතියේ</w:t>
            </w:r>
            <w:proofErr w:type="spellEnd"/>
            <w:r>
              <w:t xml:space="preserve"> </w:t>
            </w:r>
            <w:proofErr w:type="spellStart"/>
            <w:r>
              <w:t>අරමුණු</w:t>
            </w:r>
            <w:proofErr w:type="spellEnd"/>
            <w:r>
              <w:t xml:space="preserve"> </w:t>
            </w:r>
            <w:proofErr w:type="spellStart"/>
            <w:r>
              <w:t>සාක්ෂාත්</w:t>
            </w:r>
            <w:proofErr w:type="spellEnd"/>
            <w:r>
              <w:t xml:space="preserve"> </w:t>
            </w:r>
            <w:proofErr w:type="spellStart"/>
            <w:r>
              <w:t>කර</w:t>
            </w:r>
            <w:proofErr w:type="spellEnd"/>
            <w:r>
              <w:t xml:space="preserve"> </w:t>
            </w:r>
            <w:proofErr w:type="spellStart"/>
            <w:r>
              <w:t>ගැනීම</w:t>
            </w:r>
            <w:proofErr w:type="spellEnd"/>
            <w:r>
              <w:t xml:space="preserve"> </w:t>
            </w:r>
            <w:proofErr w:type="spellStart"/>
            <w:r>
              <w:t>සඳහා</w:t>
            </w:r>
            <w:proofErr w:type="spellEnd"/>
            <w:r>
              <w:t xml:space="preserve"> </w:t>
            </w:r>
            <w:proofErr w:type="spellStart"/>
            <w:r>
              <w:t>ක්ෂුද්‍ර</w:t>
            </w:r>
            <w:proofErr w:type="spellEnd"/>
            <w:r>
              <w:t xml:space="preserve"> </w:t>
            </w:r>
            <w:proofErr w:type="spellStart"/>
            <w:r>
              <w:t>ප්‍රදාන</w:t>
            </w:r>
            <w:proofErr w:type="spellEnd"/>
            <w:r>
              <w:t xml:space="preserve"> </w:t>
            </w:r>
            <w:proofErr w:type="spellStart"/>
            <w:r>
              <w:t>අරමුදල්</w:t>
            </w:r>
            <w:proofErr w:type="spellEnd"/>
            <w:r>
              <w:t xml:space="preserve"> </w:t>
            </w:r>
            <w:proofErr w:type="spellStart"/>
            <w:r>
              <w:t>වගකීමෙන්</w:t>
            </w:r>
            <w:proofErr w:type="spellEnd"/>
            <w:r>
              <w:t xml:space="preserve"> </w:t>
            </w:r>
            <w:proofErr w:type="spellStart"/>
            <w:r>
              <w:t>සහ</w:t>
            </w:r>
            <w:proofErr w:type="spellEnd"/>
            <w:r>
              <w:t xml:space="preserve"> </w:t>
            </w:r>
            <w:proofErr w:type="spellStart"/>
            <w:r>
              <w:t>විනිවිදභාවයෙන්</w:t>
            </w:r>
            <w:proofErr w:type="spellEnd"/>
            <w:r>
              <w:t xml:space="preserve"> </w:t>
            </w:r>
            <w:proofErr w:type="spellStart"/>
            <w:r>
              <w:t>යුතුව</w:t>
            </w:r>
            <w:proofErr w:type="spellEnd"/>
            <w:r>
              <w:t xml:space="preserve"> </w:t>
            </w:r>
            <w:proofErr w:type="spellStart"/>
            <w:r>
              <w:t>භාවිතා</w:t>
            </w:r>
            <w:proofErr w:type="spellEnd"/>
            <w:r>
              <w:t xml:space="preserve"> </w:t>
            </w:r>
            <w:proofErr w:type="spellStart"/>
            <w:r>
              <w:t>කිරීමට</w:t>
            </w:r>
            <w:proofErr w:type="spellEnd"/>
            <w:r>
              <w:t xml:space="preserve"> </w:t>
            </w:r>
            <w:proofErr w:type="spellStart"/>
            <w:r>
              <w:t>බැඳී</w:t>
            </w:r>
            <w:proofErr w:type="spellEnd"/>
            <w:r>
              <w:t xml:space="preserve"> </w:t>
            </w:r>
            <w:proofErr w:type="spellStart"/>
            <w:r>
              <w:t>සිටිමු</w:t>
            </w:r>
            <w:proofErr w:type="spellEnd"/>
            <w:r>
              <w:t>.</w:t>
            </w:r>
            <w:r>
              <w:br/>
            </w:r>
          </w:p>
          <w:p w14:paraId="5B16D79E" w14:textId="77777777" w:rsidR="00373ED5" w:rsidRDefault="00373ED5"/>
          <w:p w14:paraId="2D4E3880" w14:textId="77777777" w:rsidR="00373ED5" w:rsidRDefault="00373ED5"/>
          <w:p w14:paraId="4C001135" w14:textId="77777777" w:rsidR="00373ED5" w:rsidRDefault="00373ED5"/>
          <w:p w14:paraId="522AD253" w14:textId="3F9A43C6" w:rsidR="004D4B71" w:rsidRDefault="00000000">
            <w:r>
              <w:br/>
            </w:r>
            <w:proofErr w:type="spellStart"/>
            <w:r>
              <w:rPr>
                <w:b/>
              </w:rPr>
              <w:t>සම්බන්ධීකරණ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නිලධාරියාගේ</w:t>
            </w:r>
            <w:proofErr w:type="spellEnd"/>
            <w:r w:rsidR="00A60BFF">
              <w:rPr>
                <w:b/>
              </w:rPr>
              <w:t xml:space="preserve"> </w:t>
            </w:r>
            <w:proofErr w:type="spellStart"/>
            <w:r w:rsidR="00A60BFF" w:rsidRPr="00A60BFF">
              <w:rPr>
                <w:rFonts w:ascii="Nirmala UI" w:hAnsi="Nirmala UI" w:cs="Nirmala UI"/>
                <w:b/>
              </w:rPr>
              <w:t>නම</w:t>
            </w:r>
            <w:proofErr w:type="spellEnd"/>
            <w:r w:rsidR="00A60BFF" w:rsidRPr="00A60BFF">
              <w:rPr>
                <w:b/>
              </w:rPr>
              <w:t xml:space="preserve"> </w:t>
            </w:r>
            <w:proofErr w:type="spellStart"/>
            <w:r w:rsidR="00A60BFF" w:rsidRPr="00A60BFF">
              <w:rPr>
                <w:rFonts w:ascii="Nirmala UI" w:hAnsi="Nirmala UI" w:cs="Nirmala UI"/>
                <w:b/>
              </w:rPr>
              <w:t>සහ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අත්සන</w:t>
            </w:r>
            <w:proofErr w:type="spellEnd"/>
            <w:r>
              <w:rPr>
                <w:b/>
              </w:rPr>
              <w:t xml:space="preserve"> (Contact Person</w:t>
            </w:r>
            <w:r w:rsidR="00F44DE8">
              <w:rPr>
                <w:b/>
              </w:rPr>
              <w:t xml:space="preserve"> name and</w:t>
            </w:r>
            <w:r>
              <w:rPr>
                <w:b/>
              </w:rPr>
              <w:t xml:space="preserve"> Signature): </w:t>
            </w:r>
            <w:r>
              <w:rPr>
                <w:i/>
                <w:color w:val="A0AEC0"/>
              </w:rPr>
              <w:t>[</w:t>
            </w:r>
            <w:proofErr w:type="spellStart"/>
            <w:r>
              <w:rPr>
                <w:i/>
                <w:color w:val="A0AEC0"/>
              </w:rPr>
              <w:t>ප්‍රදානය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ලබන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සංවිධානයේ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බලයලත්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නියෝජිතයෙකුගේ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ඩිජිටල්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අත්සන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ඇතුළත්</w:t>
            </w:r>
            <w:proofErr w:type="spellEnd"/>
            <w:r>
              <w:rPr>
                <w:i/>
                <w:color w:val="A0AEC0"/>
              </w:rPr>
              <w:t xml:space="preserve"> </w:t>
            </w:r>
            <w:proofErr w:type="spellStart"/>
            <w:r>
              <w:rPr>
                <w:i/>
                <w:color w:val="A0AEC0"/>
              </w:rPr>
              <w:t>කරන්න</w:t>
            </w:r>
            <w:proofErr w:type="spellEnd"/>
            <w:r>
              <w:rPr>
                <w:i/>
                <w:color w:val="A0AEC0"/>
              </w:rPr>
              <w:t>]</w:t>
            </w:r>
          </w:p>
        </w:tc>
      </w:tr>
    </w:tbl>
    <w:p w14:paraId="05202F16" w14:textId="77777777" w:rsidR="00C5331A" w:rsidRDefault="00C5331A"/>
    <w:sectPr w:rsidR="00C5331A" w:rsidSect="00034616">
      <w:head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A0980" w14:textId="77777777" w:rsidR="007B533A" w:rsidRDefault="007B533A" w:rsidP="00373ED5">
      <w:pPr>
        <w:spacing w:after="0" w:line="240" w:lineRule="auto"/>
      </w:pPr>
      <w:r>
        <w:separator/>
      </w:r>
    </w:p>
  </w:endnote>
  <w:endnote w:type="continuationSeparator" w:id="0">
    <w:p w14:paraId="60EDA178" w14:textId="77777777" w:rsidR="007B533A" w:rsidRDefault="007B533A" w:rsidP="0037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4A7E7" w14:textId="77777777" w:rsidR="007B533A" w:rsidRDefault="007B533A" w:rsidP="00373ED5">
      <w:pPr>
        <w:spacing w:after="0" w:line="240" w:lineRule="auto"/>
      </w:pPr>
      <w:r>
        <w:separator/>
      </w:r>
    </w:p>
  </w:footnote>
  <w:footnote w:type="continuationSeparator" w:id="0">
    <w:p w14:paraId="28A7B11B" w14:textId="77777777" w:rsidR="007B533A" w:rsidRDefault="007B533A" w:rsidP="00373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30822" w14:textId="7C0EBF6B" w:rsidR="00373ED5" w:rsidRDefault="00373ED5">
    <w:pPr>
      <w:pStyle w:val="Header"/>
    </w:pPr>
    <w:r>
      <w:rPr>
        <w:b/>
        <w:noProof/>
        <w:color w:val="2C5282"/>
        <w:sz w:val="28"/>
        <w:szCs w:val="20"/>
      </w:rPr>
      <w:drawing>
        <wp:inline distT="0" distB="0" distL="0" distR="0" wp14:anchorId="30BCD7D3" wp14:editId="6CD4A437">
          <wp:extent cx="1280160" cy="1024128"/>
          <wp:effectExtent l="0" t="0" r="0" b="5080"/>
          <wp:docPr id="9255258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767" cy="1037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</w:t>
    </w:r>
    <w:r>
      <w:rPr>
        <w:noProof/>
      </w:rPr>
      <w:drawing>
        <wp:inline distT="0" distB="0" distL="0" distR="0" wp14:anchorId="1A1AD3DD" wp14:editId="28543F5F">
          <wp:extent cx="1172284" cy="716280"/>
          <wp:effectExtent l="0" t="0" r="8890" b="7620"/>
          <wp:docPr id="16893949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632" cy="72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2701960">
    <w:abstractNumId w:val="8"/>
  </w:num>
  <w:num w:numId="2" w16cid:durableId="1548839334">
    <w:abstractNumId w:val="6"/>
  </w:num>
  <w:num w:numId="3" w16cid:durableId="803040068">
    <w:abstractNumId w:val="5"/>
  </w:num>
  <w:num w:numId="4" w16cid:durableId="1643341206">
    <w:abstractNumId w:val="4"/>
  </w:num>
  <w:num w:numId="5" w16cid:durableId="571818086">
    <w:abstractNumId w:val="7"/>
  </w:num>
  <w:num w:numId="6" w16cid:durableId="665596244">
    <w:abstractNumId w:val="3"/>
  </w:num>
  <w:num w:numId="7" w16cid:durableId="1512183678">
    <w:abstractNumId w:val="2"/>
  </w:num>
  <w:num w:numId="8" w16cid:durableId="1997953952">
    <w:abstractNumId w:val="1"/>
  </w:num>
  <w:num w:numId="9" w16cid:durableId="1593315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70C9"/>
    <w:rsid w:val="001F24C5"/>
    <w:rsid w:val="002149F0"/>
    <w:rsid w:val="0029639D"/>
    <w:rsid w:val="00326F90"/>
    <w:rsid w:val="00373ED5"/>
    <w:rsid w:val="004D4B71"/>
    <w:rsid w:val="00795D05"/>
    <w:rsid w:val="007B533A"/>
    <w:rsid w:val="00950A61"/>
    <w:rsid w:val="00987D84"/>
    <w:rsid w:val="00A60BFF"/>
    <w:rsid w:val="00AA1D8D"/>
    <w:rsid w:val="00B439C1"/>
    <w:rsid w:val="00B47730"/>
    <w:rsid w:val="00C0646C"/>
    <w:rsid w:val="00C5331A"/>
    <w:rsid w:val="00CB0664"/>
    <w:rsid w:val="00E87FB0"/>
    <w:rsid w:val="00F44D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72C471"/>
  <w14:defaultImageDpi w14:val="300"/>
  <w15:docId w15:val="{CFDA1D7E-4BD8-443E-BEBE-D5AEC60D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D374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87F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7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mpola.uc.gov.lk/pdf/Gampola%20Urban%20Council_CAP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2026-07-16T05:19:00Z</dcterms:created>
  <dcterms:modified xsi:type="dcterms:W3CDTF">2026-07-26T05:39:00Z</dcterms:modified>
  <cp:category/>
</cp:coreProperties>
</file>