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4CE08" w14:textId="6157C454" w:rsidR="00E50624" w:rsidRDefault="00F0561A" w:rsidP="00E50624">
      <w:pPr>
        <w:pBdr>
          <w:bottom w:val="single" w:sz="24" w:space="8" w:color="319795"/>
        </w:pBdr>
        <w:spacing w:after="240"/>
        <w:jc w:val="center"/>
        <w:rPr>
          <w:b/>
          <w:color w:val="2C5282"/>
          <w:sz w:val="31"/>
        </w:rPr>
      </w:pPr>
      <w:r>
        <w:rPr>
          <w:b/>
          <w:color w:val="E53E3E"/>
          <w:sz w:val="19"/>
        </w:rPr>
        <w:br/>
      </w:r>
      <w:proofErr w:type="spellStart"/>
      <w:r>
        <w:rPr>
          <w:b/>
          <w:color w:val="2C5282"/>
          <w:sz w:val="31"/>
        </w:rPr>
        <w:t>சிறு</w:t>
      </w:r>
      <w:proofErr w:type="spellEnd"/>
      <w:r>
        <w:rPr>
          <w:b/>
          <w:color w:val="2C5282"/>
          <w:sz w:val="31"/>
        </w:rPr>
        <w:t xml:space="preserve"> </w:t>
      </w:r>
      <w:proofErr w:type="spellStart"/>
      <w:r>
        <w:rPr>
          <w:b/>
          <w:color w:val="2C5282"/>
          <w:sz w:val="31"/>
        </w:rPr>
        <w:t>நல்கை</w:t>
      </w:r>
      <w:proofErr w:type="spellEnd"/>
      <w:r>
        <w:rPr>
          <w:b/>
          <w:color w:val="2C5282"/>
          <w:sz w:val="31"/>
        </w:rPr>
        <w:t xml:space="preserve"> </w:t>
      </w:r>
      <w:proofErr w:type="spellStart"/>
      <w:r>
        <w:rPr>
          <w:b/>
          <w:color w:val="2C5282"/>
          <w:sz w:val="31"/>
        </w:rPr>
        <w:t>விண்ணப்பப்</w:t>
      </w:r>
      <w:proofErr w:type="spellEnd"/>
      <w:r>
        <w:rPr>
          <w:b/>
          <w:color w:val="2C5282"/>
          <w:sz w:val="31"/>
        </w:rPr>
        <w:t xml:space="preserve"> </w:t>
      </w:r>
    </w:p>
    <w:p w14:paraId="18FE98C5" w14:textId="30753EA5" w:rsidR="007B5F9C" w:rsidRDefault="00F0561A" w:rsidP="00E50624">
      <w:pPr>
        <w:pBdr>
          <w:bottom w:val="single" w:sz="24" w:space="8" w:color="319795"/>
        </w:pBdr>
        <w:spacing w:after="240"/>
        <w:jc w:val="center"/>
      </w:pPr>
      <w:r>
        <w:rPr>
          <w:b/>
          <w:color w:val="2C5282"/>
          <w:sz w:val="31"/>
        </w:rPr>
        <w:t xml:space="preserve">MICROGRANT APPLICATION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06"/>
      </w:tblGrid>
      <w:tr w:rsidR="007B5F9C" w14:paraId="3B014FCA" w14:textId="77777777">
        <w:trPr>
          <w:jc w:val="center"/>
        </w:trPr>
        <w:tc>
          <w:tcPr>
            <w:tcW w:w="9936" w:type="dxa"/>
            <w:tcBorders>
              <w:left w:val="single" w:sz="24" w:space="0" w:color="3182CE"/>
            </w:tcBorders>
            <w:shd w:val="clear" w:color="auto" w:fill="EBF8FF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A376A98" w14:textId="4395CB34" w:rsidR="007B5F9C" w:rsidRDefault="007B5F9C">
            <w:pPr>
              <w:spacing w:after="0"/>
            </w:pPr>
          </w:p>
        </w:tc>
      </w:tr>
    </w:tbl>
    <w:p w14:paraId="3C5EDAEA" w14:textId="77777777" w:rsidR="007B5F9C" w:rsidRDefault="007B5F9C">
      <w:pPr>
        <w:spacing w:after="2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6192"/>
      </w:tblGrid>
      <w:tr w:rsidR="007B5F9C" w14:paraId="07D3363D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11761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திட்டத்தின்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பெயர்</w:t>
            </w:r>
            <w:r>
              <w:rPr>
                <w:b/>
              </w:rPr>
              <w:br/>
              <w:t>(Project Name)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AABF2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திட்டத்தின்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பெயரை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</w:t>
            </w:r>
          </w:p>
        </w:tc>
      </w:tr>
      <w:tr w:rsidR="007B5F9C" w14:paraId="04E7F1BC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47509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விண்ணப்பிக்கும்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நிறுவனம்</w:t>
            </w:r>
            <w:r>
              <w:rPr>
                <w:b/>
              </w:rPr>
              <w:t>/</w:t>
            </w:r>
            <w:r>
              <w:rPr>
                <w:b/>
              </w:rPr>
              <w:t>குழு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(Applicant organization/group)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AC0ED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விண்ணப்பிக்கும்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நிறுவனம்</w:t>
            </w:r>
            <w:r>
              <w:rPr>
                <w:i/>
                <w:color w:val="A0AEC0"/>
              </w:rPr>
              <w:t>/</w:t>
            </w:r>
            <w:r>
              <w:rPr>
                <w:i/>
                <w:color w:val="A0AEC0"/>
              </w:rPr>
              <w:t>குழுவின்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பெயரை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</w:t>
            </w:r>
          </w:p>
        </w:tc>
      </w:tr>
      <w:tr w:rsidR="007B5F9C" w14:paraId="190879A8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15E29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திட்டத்தை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வழிநடத்தும்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இளைஞர்கள்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(Youth project leads)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32D1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திட்டத்தை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வழிநடத்தும்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குறைந்தபட்சம்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இரண்டு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இளைஞர்களின்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முதல்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கடைசிப்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பெயர்கள்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வயதை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</w:t>
            </w:r>
          </w:p>
        </w:tc>
      </w:tr>
      <w:tr w:rsidR="007B5F9C" w14:paraId="3F3AED7C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FF413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நல்கை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பெறும்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குழுவின்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தொடர்பு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நபர்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 xml:space="preserve">(Contact person from the grant </w:t>
            </w:r>
            <w:r>
              <w:rPr>
                <w:b/>
              </w:rPr>
              <w:t>recipient’s team)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37922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தொடர்பு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நபரின்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முதல்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கடைசிப்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பெயரை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</w:t>
            </w:r>
          </w:p>
        </w:tc>
      </w:tr>
      <w:tr w:rsidR="007B5F9C" w14:paraId="055F5898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5899C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தொடர்பு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நபரின்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மின்னஞ்சல்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(Contact person’s email)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CFE2A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தொடர்பு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நபரின்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மின்னஞ்சல்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முகவரியை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</w:t>
            </w:r>
          </w:p>
        </w:tc>
      </w:tr>
      <w:tr w:rsidR="007B5F9C" w14:paraId="3FAF7901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66FB3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தொடர்பு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நபரின்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தொலைபேசி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எண்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(Contact person’s phone number)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ED81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தொடர</w:t>
            </w:r>
            <w:r>
              <w:rPr>
                <w:i/>
                <w:color w:val="A0AEC0"/>
              </w:rPr>
              <w:t>்பு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நபரின்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தொலைபேசி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எண்ணை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</w:t>
            </w:r>
          </w:p>
        </w:tc>
      </w:tr>
      <w:tr w:rsidR="007B5F9C" w14:paraId="7666D16C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34304" w14:textId="77777777" w:rsidR="00E50624" w:rsidRDefault="00E50624">
            <w:pPr>
              <w:spacing w:after="0"/>
              <w:rPr>
                <w:b/>
              </w:rPr>
            </w:pPr>
          </w:p>
          <w:p w14:paraId="644EDB98" w14:textId="77777777" w:rsidR="00E50624" w:rsidRDefault="00E50624">
            <w:pPr>
              <w:spacing w:after="0"/>
              <w:rPr>
                <w:b/>
              </w:rPr>
            </w:pPr>
          </w:p>
          <w:p w14:paraId="22036427" w14:textId="77777777" w:rsidR="00E50624" w:rsidRDefault="00E50624">
            <w:pPr>
              <w:spacing w:after="0"/>
              <w:rPr>
                <w:b/>
              </w:rPr>
            </w:pPr>
          </w:p>
          <w:p w14:paraId="49C2010A" w14:textId="404B40D8" w:rsidR="007B5F9C" w:rsidRDefault="00F0561A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பருவநிலை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கருப்பொருள்கள்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(Climate Themes)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41151" w14:textId="77777777" w:rsidR="00E50624" w:rsidRDefault="00E50624">
            <w:pPr>
              <w:spacing w:after="0"/>
              <w:rPr>
                <w:i/>
                <w:color w:val="A0AEC0"/>
              </w:rPr>
            </w:pPr>
          </w:p>
          <w:p w14:paraId="6CEF01EF" w14:textId="77777777" w:rsidR="00E50624" w:rsidRDefault="00E50624">
            <w:pPr>
              <w:spacing w:after="0"/>
              <w:rPr>
                <w:i/>
                <w:color w:val="A0AEC0"/>
              </w:rPr>
            </w:pPr>
          </w:p>
          <w:p w14:paraId="70270E7C" w14:textId="77777777" w:rsidR="00E50624" w:rsidRDefault="00E50624">
            <w:pPr>
              <w:spacing w:after="0"/>
              <w:rPr>
                <w:i/>
                <w:color w:val="A0AEC0"/>
              </w:rPr>
            </w:pPr>
          </w:p>
          <w:p w14:paraId="2182823D" w14:textId="282A0C50" w:rsidR="007B5F9C" w:rsidRDefault="00F0561A">
            <w:pPr>
              <w:spacing w:after="0"/>
              <w:rPr>
                <w:i/>
                <w:color w:val="A0AEC0"/>
              </w:rPr>
            </w:pPr>
            <w:proofErr w:type="spellStart"/>
            <w:r>
              <w:rPr>
                <w:i/>
                <w:color w:val="A0AEC0"/>
              </w:rPr>
              <w:t>எங்கள்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திட்டம்</w:t>
            </w:r>
            <w:proofErr w:type="spellEnd"/>
            <w:r>
              <w:rPr>
                <w:i/>
                <w:color w:val="A0AEC0"/>
              </w:rPr>
              <w:t xml:space="preserve"> [</w:t>
            </w:r>
            <w:proofErr w:type="spellStart"/>
            <w:r>
              <w:rPr>
                <w:i/>
                <w:color w:val="A0AEC0"/>
              </w:rPr>
              <w:t>மாநகரத்தின்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பெயர்</w:t>
            </w:r>
            <w:proofErr w:type="spellEnd"/>
            <w:r>
              <w:rPr>
                <w:i/>
                <w:color w:val="A0AEC0"/>
              </w:rPr>
              <w:t xml:space="preserve">] </w:t>
            </w:r>
            <w:r>
              <w:rPr>
                <w:i/>
                <w:color w:val="A0AEC0"/>
              </w:rPr>
              <w:t>இன்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பருவநிலை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முன்னுரிமைகளுக்கு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ஏற்ப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அமைந்துள்ளது</w:t>
            </w:r>
            <w:r>
              <w:rPr>
                <w:i/>
                <w:color w:val="A0AEC0"/>
              </w:rPr>
              <w:t xml:space="preserve">, </w:t>
            </w:r>
            <w:r>
              <w:rPr>
                <w:i/>
                <w:color w:val="A0AEC0"/>
              </w:rPr>
              <w:t>அவை</w:t>
            </w:r>
            <w:r>
              <w:rPr>
                <w:i/>
                <w:color w:val="A0AEC0"/>
              </w:rPr>
              <w:t>: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br/>
              <w:t>[</w:t>
            </w:r>
            <w:r>
              <w:rPr>
                <w:i/>
                <w:color w:val="A0AEC0"/>
              </w:rPr>
              <w:t>பதிலை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</w:t>
            </w:r>
            <w:r>
              <w:rPr>
                <w:i/>
                <w:color w:val="A0AEC0"/>
              </w:rPr>
              <w:br/>
              <w:t>[</w:t>
            </w:r>
            <w:r>
              <w:rPr>
                <w:i/>
                <w:color w:val="A0AEC0"/>
              </w:rPr>
              <w:t>பதிலை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 (</w:t>
            </w:r>
            <w:r>
              <w:rPr>
                <w:i/>
                <w:color w:val="A0AEC0"/>
              </w:rPr>
              <w:t>விருப்பத்திற்குரியது</w:t>
            </w:r>
            <w:r>
              <w:rPr>
                <w:i/>
                <w:color w:val="A0AEC0"/>
              </w:rPr>
              <w:t>)</w:t>
            </w:r>
            <w:r>
              <w:rPr>
                <w:i/>
                <w:color w:val="A0AEC0"/>
              </w:rPr>
              <w:br/>
              <w:t>[</w:t>
            </w:r>
            <w:r>
              <w:rPr>
                <w:i/>
                <w:color w:val="A0AEC0"/>
              </w:rPr>
              <w:t>பதிலை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உள்ளிடவும்</w:t>
            </w:r>
            <w:r>
              <w:rPr>
                <w:i/>
                <w:color w:val="A0AEC0"/>
              </w:rPr>
              <w:t>] (</w:t>
            </w:r>
            <w:r>
              <w:rPr>
                <w:i/>
                <w:color w:val="A0AEC0"/>
              </w:rPr>
              <w:t>விருப்பத்திற்குரியது</w:t>
            </w:r>
            <w:r>
              <w:rPr>
                <w:i/>
                <w:color w:val="A0AEC0"/>
              </w:rPr>
              <w:t>)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t>முழுமையான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பருவநிலை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திட்டத்தை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நீங்கள்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இங்கே</w:t>
            </w:r>
            <w:r>
              <w:rPr>
                <w:i/>
                <w:color w:val="A0AEC0"/>
              </w:rPr>
              <w:t xml:space="preserve"> </w:t>
            </w:r>
            <w:proofErr w:type="gramStart"/>
            <w:r>
              <w:rPr>
                <w:i/>
                <w:color w:val="A0AEC0"/>
              </w:rPr>
              <w:t>படிக்கலாம்</w:t>
            </w:r>
            <w:r>
              <w:rPr>
                <w:i/>
                <w:color w:val="A0AEC0"/>
              </w:rPr>
              <w:t xml:space="preserve"> </w:t>
            </w:r>
            <w:r w:rsidR="00E50624">
              <w:rPr>
                <w:i/>
                <w:color w:val="A0AEC0"/>
              </w:rPr>
              <w:t>:</w:t>
            </w:r>
            <w:proofErr w:type="gramEnd"/>
          </w:p>
          <w:p w14:paraId="573CB9B7" w14:textId="77777777" w:rsidR="00E50624" w:rsidRDefault="00E50624">
            <w:pPr>
              <w:spacing w:after="0"/>
              <w:rPr>
                <w:i/>
                <w:color w:val="A0AEC0"/>
              </w:rPr>
            </w:pPr>
          </w:p>
          <w:p w14:paraId="32AEC921" w14:textId="5ED5A42A" w:rsidR="00E50624" w:rsidRDefault="00F0561A">
            <w:pPr>
              <w:spacing w:after="0"/>
            </w:pPr>
            <w:hyperlink r:id="rId8" w:history="1">
              <w:r w:rsidR="00E50624" w:rsidRPr="00E50624">
                <w:rPr>
                  <w:rStyle w:val="Hyperlink"/>
                </w:rPr>
                <w:t>https://gampola.uc.gov.lk/pdf/Gampola%20Urban%20Council_CAP.pdf</w:t>
              </w:r>
            </w:hyperlink>
          </w:p>
        </w:tc>
      </w:tr>
      <w:tr w:rsidR="007B5F9C" w14:paraId="2279311B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D25A7" w14:textId="77777777" w:rsidR="007B5F9C" w:rsidRDefault="00F0561A">
            <w:pPr>
              <w:spacing w:after="0"/>
            </w:pPr>
            <w:r>
              <w:rPr>
                <w:b/>
              </w:rPr>
              <w:lastRenderedPageBreak/>
              <w:t>*</w:t>
            </w:r>
            <w:r>
              <w:rPr>
                <w:b/>
              </w:rPr>
              <w:t>திட்ட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விளக்கம்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(Project description)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A569B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திட்டத்தின்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முக்கிய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குறிக்கோள்கள்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நோக்கங்கள்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சமூகம்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சுற்றுச்சூழல்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மீது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அதன்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எதிர்பார்க்கப்படும்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தாக்கம்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உட்பட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திட்டத்தின்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சுருக்கமான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கண்ணோட்டத்தை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வழங்கவும்</w:t>
            </w:r>
            <w:r>
              <w:rPr>
                <w:i/>
                <w:color w:val="A0AEC0"/>
              </w:rPr>
              <w:t xml:space="preserve">. </w:t>
            </w:r>
            <w:r>
              <w:rPr>
                <w:i/>
                <w:color w:val="A0AEC0"/>
              </w:rPr>
              <w:t>உங்கள்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தீர்க்க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முனைய</w:t>
            </w:r>
            <w:r>
              <w:rPr>
                <w:i/>
                <w:color w:val="A0AEC0"/>
              </w:rPr>
              <w:t>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தற்போதைய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சிக்கல்கள்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அல்லது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சவால்களையும்</w:t>
            </w:r>
            <w:r>
              <w:rPr>
                <w:i/>
                <w:color w:val="A0AEC0"/>
              </w:rPr>
              <w:t xml:space="preserve">, </w:t>
            </w:r>
            <w:r>
              <w:rPr>
                <w:i/>
                <w:color w:val="A0AEC0"/>
              </w:rPr>
              <w:t>இந்த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தலையீடு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இப்போது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ஏன்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முக்கியமானது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என்பதையும்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விவரிக்குக</w:t>
            </w:r>
            <w:r>
              <w:rPr>
                <w:i/>
                <w:color w:val="A0AEC0"/>
              </w:rPr>
              <w:t>. (</w:t>
            </w:r>
            <w:r>
              <w:rPr>
                <w:i/>
                <w:color w:val="A0AEC0"/>
              </w:rPr>
              <w:t>அதிகபட்சம்</w:t>
            </w:r>
            <w:r>
              <w:rPr>
                <w:i/>
                <w:color w:val="A0AEC0"/>
              </w:rPr>
              <w:t xml:space="preserve"> 300 </w:t>
            </w:r>
            <w:r>
              <w:rPr>
                <w:i/>
                <w:color w:val="A0AEC0"/>
              </w:rPr>
              <w:t>சொற்கள்</w:t>
            </w:r>
            <w:r>
              <w:rPr>
                <w:i/>
                <w:color w:val="A0AEC0"/>
              </w:rPr>
              <w:t>)]</w:t>
            </w:r>
          </w:p>
        </w:tc>
      </w:tr>
      <w:tr w:rsidR="007B5F9C" w14:paraId="19955CED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DA683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திட்ட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செயல்பாடுகள்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மற்றும்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காலக்கோடு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(Project activities and timeline)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B0EE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உங்கள்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மேற்கொள்ளும்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குறிப்பிட்ட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செயல்பாடு</w:t>
            </w:r>
            <w:r>
              <w:rPr>
                <w:i/>
                <w:color w:val="A0AEC0"/>
              </w:rPr>
              <w:t>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படிகளை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விவரிக்கவும்</w:t>
            </w:r>
            <w:r>
              <w:rPr>
                <w:i/>
                <w:color w:val="A0AEC0"/>
              </w:rPr>
              <w:t xml:space="preserve">. </w:t>
            </w:r>
            <w:r>
              <w:rPr>
                <w:i/>
                <w:color w:val="A0AEC0"/>
              </w:rPr>
              <w:t>திட்டத்தின்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செயல்பாடுகள்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செயலாக்கம்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ஏப்ரல்</w:t>
            </w:r>
            <w:r>
              <w:rPr>
                <w:i/>
                <w:color w:val="A0AEC0"/>
              </w:rPr>
              <w:t xml:space="preserve"> 15, 2027</w:t>
            </w:r>
            <w:r>
              <w:rPr>
                <w:i/>
                <w:color w:val="A0AEC0"/>
              </w:rPr>
              <w:t>க்குள்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நிறைவடையும்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என்பதைக்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காட்டும்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தெளிவான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காலக்கோட்டை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உள்ளடக்கவும்</w:t>
            </w:r>
            <w:r>
              <w:rPr>
                <w:i/>
                <w:color w:val="A0AEC0"/>
              </w:rPr>
              <w:t>. (</w:t>
            </w:r>
            <w:r>
              <w:rPr>
                <w:i/>
                <w:color w:val="A0AEC0"/>
              </w:rPr>
              <w:t>அதிகபட்சம்</w:t>
            </w:r>
            <w:r>
              <w:rPr>
                <w:i/>
                <w:color w:val="A0AEC0"/>
              </w:rPr>
              <w:t xml:space="preserve"> 300 </w:t>
            </w:r>
            <w:r>
              <w:rPr>
                <w:i/>
                <w:color w:val="A0AEC0"/>
              </w:rPr>
              <w:t>சொற்கள்</w:t>
            </w:r>
            <w:r>
              <w:rPr>
                <w:i/>
                <w:color w:val="A0AEC0"/>
              </w:rPr>
              <w:t>)]</w:t>
            </w:r>
          </w:p>
        </w:tc>
      </w:tr>
      <w:tr w:rsidR="007B5F9C" w14:paraId="0B69E9D8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AA7FF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இளைஞர்களின்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பங்கு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(Role of young people)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BA872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உங்கள்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திட்டத்தில்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இளை</w:t>
            </w:r>
            <w:r>
              <w:rPr>
                <w:i/>
                <w:color w:val="A0AEC0"/>
              </w:rPr>
              <w:t>ஞர்கள்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எவ்வாறு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ஈடுபடுத்தப்படுவார்கள்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என்பதை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விவரிக்கவும்</w:t>
            </w:r>
            <w:r>
              <w:rPr>
                <w:i/>
                <w:color w:val="A0AEC0"/>
              </w:rPr>
              <w:t xml:space="preserve">, </w:t>
            </w:r>
            <w:r>
              <w:rPr>
                <w:i/>
                <w:color w:val="A0AEC0"/>
              </w:rPr>
              <w:t>அவர்களின்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பங்குகள்</w:t>
            </w:r>
            <w:r>
              <w:rPr>
                <w:i/>
                <w:color w:val="A0AEC0"/>
              </w:rPr>
              <w:t xml:space="preserve">, </w:t>
            </w:r>
            <w:r>
              <w:rPr>
                <w:i/>
                <w:color w:val="A0AEC0"/>
              </w:rPr>
              <w:t>பொறுப்புகள்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தலைமைத்துவத்திற்கான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வாய்ப்புகள்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உட்பட</w:t>
            </w:r>
            <w:r>
              <w:rPr>
                <w:i/>
                <w:color w:val="A0AEC0"/>
              </w:rPr>
              <w:t>. (</w:t>
            </w:r>
            <w:r>
              <w:rPr>
                <w:i/>
                <w:color w:val="A0AEC0"/>
              </w:rPr>
              <w:t>அதிகபட்சம்</w:t>
            </w:r>
            <w:r>
              <w:rPr>
                <w:i/>
                <w:color w:val="A0AEC0"/>
              </w:rPr>
              <w:t xml:space="preserve"> 200 </w:t>
            </w:r>
            <w:r>
              <w:rPr>
                <w:i/>
                <w:color w:val="A0AEC0"/>
              </w:rPr>
              <w:t>சொற்கள்</w:t>
            </w:r>
            <w:r>
              <w:rPr>
                <w:i/>
                <w:color w:val="A0AEC0"/>
              </w:rPr>
              <w:t>)]</w:t>
            </w:r>
          </w:p>
        </w:tc>
      </w:tr>
      <w:tr w:rsidR="007B5F9C" w14:paraId="60A0C3B9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C16E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திட்டத்தில்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ஈடுபடும்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இளைஞர்களின்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எண்ணிக்கை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(Number of young people involved in the project</w:t>
            </w:r>
            <w:r>
              <w:rPr>
                <w:b/>
              </w:rPr>
              <w:t>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A17B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திட்ட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வழிகாட்டிகள்</w:t>
            </w:r>
            <w:r>
              <w:rPr>
                <w:i/>
                <w:color w:val="A0AEC0"/>
              </w:rPr>
              <w:t xml:space="preserve">, </w:t>
            </w:r>
            <w:r>
              <w:rPr>
                <w:i/>
                <w:color w:val="A0AEC0"/>
              </w:rPr>
              <w:t>தன்னார்வலர்கள்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பங்கேற்பாளர்கள்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உட்பட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திட்டத்தில்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ஈடுபடும்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ஒட்டுமொத்த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இளைஞர்களின்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எண்ணிக்கையை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மதிப்பிடவும்</w:t>
            </w:r>
            <w:r>
              <w:rPr>
                <w:i/>
                <w:color w:val="A0AEC0"/>
              </w:rPr>
              <w:t>]</w:t>
            </w:r>
          </w:p>
        </w:tc>
      </w:tr>
      <w:tr w:rsidR="007B5F9C" w14:paraId="19EC425B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17A75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திட்டத்தின்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முடிவு</w:t>
            </w:r>
            <w:r>
              <w:rPr>
                <w:b/>
              </w:rPr>
              <w:t>(</w:t>
            </w:r>
            <w:r>
              <w:rPr>
                <w:b/>
              </w:rPr>
              <w:t>கள்</w:t>
            </w:r>
            <w:r>
              <w:rPr>
                <w:b/>
              </w:rPr>
              <w:t>):</w:t>
            </w:r>
            <w:r>
              <w:rPr>
                <w:b/>
              </w:rPr>
              <w:br/>
              <w:t>(Project Result(s))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3A3B6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உங்கள்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திட்டத்தின்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உடனடி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சாதனைகள்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முன்னேற்றத்தைக்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காட்ட</w:t>
            </w:r>
            <w:r>
              <w:rPr>
                <w:i/>
                <w:color w:val="A0AEC0"/>
              </w:rPr>
              <w:t>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குறைந்தது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ஒரு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அளவிடக்கூடிய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முடிவை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விவரிக்கவும்</w:t>
            </w:r>
            <w:r>
              <w:rPr>
                <w:i/>
                <w:color w:val="A0AEC0"/>
              </w:rPr>
              <w:t>. (</w:t>
            </w:r>
            <w:r>
              <w:rPr>
                <w:i/>
                <w:color w:val="A0AEC0"/>
              </w:rPr>
              <w:t>அதிகபட்சம்</w:t>
            </w:r>
            <w:r>
              <w:rPr>
                <w:i/>
                <w:color w:val="A0AEC0"/>
              </w:rPr>
              <w:t xml:space="preserve"> 10 </w:t>
            </w:r>
            <w:r>
              <w:rPr>
                <w:i/>
                <w:color w:val="A0AEC0"/>
              </w:rPr>
              <w:t>சொற்கள்</w:t>
            </w:r>
            <w:r>
              <w:rPr>
                <w:i/>
                <w:color w:val="A0AEC0"/>
              </w:rPr>
              <w:t>)]</w:t>
            </w:r>
          </w:p>
        </w:tc>
      </w:tr>
      <w:tr w:rsidR="007B5F9C" w14:paraId="18AF2EA1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A4A3E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திட்டத்தின்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தாக்கம்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(Project Impact)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EF44E" w14:textId="77777777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உங்கள்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நடத்தை</w:t>
            </w:r>
            <w:r>
              <w:rPr>
                <w:i/>
                <w:color w:val="A0AEC0"/>
              </w:rPr>
              <w:t xml:space="preserve">, </w:t>
            </w:r>
            <w:r>
              <w:rPr>
                <w:i/>
                <w:color w:val="A0AEC0"/>
              </w:rPr>
              <w:t>அறிவு</w:t>
            </w:r>
            <w:r>
              <w:rPr>
                <w:i/>
                <w:color w:val="A0AEC0"/>
              </w:rPr>
              <w:t xml:space="preserve">, </w:t>
            </w:r>
            <w:r>
              <w:rPr>
                <w:i/>
                <w:color w:val="A0AEC0"/>
              </w:rPr>
              <w:t>அணுகுமுறைகள்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அல்லது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செயல்முறைகளில்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எவ்வாறு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மாற்றங்களை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உருவாக்கும்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என்பதை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விவரிக்கவும்</w:t>
            </w:r>
            <w:r>
              <w:rPr>
                <w:i/>
                <w:color w:val="A0AEC0"/>
              </w:rPr>
              <w:t xml:space="preserve"> (</w:t>
            </w:r>
            <w:r>
              <w:rPr>
                <w:i/>
                <w:color w:val="A0AEC0"/>
              </w:rPr>
              <w:t>அதிகபட்சம்</w:t>
            </w:r>
            <w:r>
              <w:rPr>
                <w:i/>
                <w:color w:val="A0AEC0"/>
              </w:rPr>
              <w:t xml:space="preserve"> 100 </w:t>
            </w:r>
            <w:r>
              <w:rPr>
                <w:i/>
                <w:color w:val="A0AEC0"/>
              </w:rPr>
              <w:t>சொற்கள்</w:t>
            </w:r>
            <w:r>
              <w:rPr>
                <w:i/>
                <w:color w:val="A0AEC0"/>
              </w:rPr>
              <w:t>)]</w:t>
            </w:r>
          </w:p>
        </w:tc>
      </w:tr>
      <w:tr w:rsidR="007B5F9C" w14:paraId="6C8D2BB1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853F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கோரப்படும்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சிறு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நல்கை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தொகை</w:t>
            </w:r>
            <w:r>
              <w:rPr>
                <w:b/>
              </w:rPr>
              <w:t>:</w:t>
            </w:r>
            <w:r>
              <w:rPr>
                <w:b/>
              </w:rPr>
              <w:br/>
              <w:t>(Microgrant request)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828C" w14:textId="6D020630" w:rsidR="007B5F9C" w:rsidRDefault="00F0561A">
            <w:pPr>
              <w:spacing w:after="0"/>
            </w:pPr>
            <w:r>
              <w:rPr>
                <w:i/>
                <w:color w:val="A0AEC0"/>
              </w:rPr>
              <w:t>[</w:t>
            </w:r>
            <w:r w:rsidR="00F47F65">
              <w:rPr>
                <w:i/>
                <w:color w:val="A0AEC0"/>
              </w:rPr>
              <w:t xml:space="preserve"> </w:t>
            </w:r>
            <w:r w:rsidR="00F47F65" w:rsidRPr="00910753">
              <w:rPr>
                <w:rFonts w:ascii="Vijaya" w:hAnsi="Vijaya" w:cs="Vijaya" w:hint="cs"/>
                <w:iCs/>
                <w:color w:val="A0AEC0"/>
                <w:cs/>
                <w:lang w:bidi="ta-IN"/>
              </w:rPr>
              <w:t>அதிகபட்சமாக</w:t>
            </w:r>
            <w:r w:rsidR="00F47F65" w:rsidRPr="00910753">
              <w:rPr>
                <w:rFonts w:cs="Latha"/>
                <w:iCs/>
                <w:color w:val="A0AEC0"/>
                <w:cs/>
                <w:lang w:bidi="ta-IN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அமெரிக்க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proofErr w:type="gramStart"/>
            <w:r>
              <w:rPr>
                <w:i/>
                <w:color w:val="A0AEC0"/>
              </w:rPr>
              <w:t>டாலர்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r w:rsidR="00F47F65"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5,000</w:t>
            </w:r>
            <w:proofErr w:type="gram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வரையிலான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தொகையைக்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குறிப்பிடவும்</w:t>
            </w:r>
            <w:proofErr w:type="spellEnd"/>
            <w:r>
              <w:rPr>
                <w:i/>
                <w:color w:val="A0AEC0"/>
              </w:rPr>
              <w:t>.]</w:t>
            </w:r>
          </w:p>
        </w:tc>
      </w:tr>
      <w:tr w:rsidR="007B5F9C" w14:paraId="02E04F4C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228CC" w14:textId="77777777" w:rsidR="007B5F9C" w:rsidRDefault="00F0561A">
            <w:pPr>
              <w:spacing w:after="0"/>
            </w:pPr>
            <w:r>
              <w:rPr>
                <w:b/>
              </w:rPr>
              <w:t>*</w:t>
            </w:r>
            <w:r>
              <w:rPr>
                <w:b/>
              </w:rPr>
              <w:t>பட்ஜெட்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நிதி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ஒதுக்கீடு</w:t>
            </w:r>
            <w:r>
              <w:rPr>
                <w:b/>
              </w:rPr>
              <w:t>):</w:t>
            </w:r>
            <w:r>
              <w:rPr>
                <w:b/>
              </w:rPr>
              <w:br/>
              <w:t>(Budget)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55C6D" w14:textId="77777777" w:rsidR="00C22CF2" w:rsidRDefault="00F0561A">
            <w:pPr>
              <w:spacing w:after="0"/>
              <w:rPr>
                <w:i/>
                <w:color w:val="A0AEC0"/>
              </w:rPr>
            </w:pPr>
            <w:r>
              <w:rPr>
                <w:i/>
                <w:color w:val="A0AEC0"/>
              </w:rPr>
              <w:t>[</w:t>
            </w:r>
            <w:r>
              <w:rPr>
                <w:i/>
                <w:color w:val="A0AEC0"/>
              </w:rPr>
              <w:t>உங்கள்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திட்டத்திற்கான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சிறு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நல்கை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நிதியை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நீங்கள்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எவ்வாறு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பயன்படுத்துவீர்கள்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என்பதை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புல்லட்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புள்ளிகள்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பட்டியலாக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அல்லது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இணைப்பாக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விளக்கவும்</w:t>
            </w:r>
            <w:r>
              <w:rPr>
                <w:i/>
                <w:color w:val="A0AEC0"/>
              </w:rPr>
              <w:t>.]</w:t>
            </w:r>
            <w:r>
              <w:rPr>
                <w:i/>
                <w:color w:val="A0AEC0"/>
              </w:rPr>
              <w:br/>
            </w:r>
          </w:p>
          <w:p w14:paraId="49EE777F" w14:textId="77777777" w:rsidR="00C22CF2" w:rsidRDefault="00C22CF2">
            <w:pPr>
              <w:spacing w:after="0"/>
              <w:rPr>
                <w:i/>
                <w:color w:val="A0AEC0"/>
              </w:rPr>
            </w:pPr>
          </w:p>
          <w:p w14:paraId="5F7411EB" w14:textId="74B7CADD" w:rsidR="007B5F9C" w:rsidRDefault="00F0561A">
            <w:pPr>
              <w:spacing w:after="0"/>
            </w:pP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t>உதாரணம்</w:t>
            </w:r>
            <w:r>
              <w:rPr>
                <w:i/>
                <w:color w:val="A0AEC0"/>
              </w:rPr>
              <w:t>: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t>வழங்கல்கள்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பொருட்கள்</w:t>
            </w:r>
            <w:r>
              <w:rPr>
                <w:i/>
                <w:color w:val="A0AEC0"/>
              </w:rPr>
              <w:t xml:space="preserve"> (Supplies and Materials): 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t>உபகரணங்கள்</w:t>
            </w:r>
            <w:r>
              <w:rPr>
                <w:i/>
                <w:color w:val="A0AEC0"/>
              </w:rPr>
              <w:t xml:space="preserve"> (Equipment): 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t>போக்குவரத்து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உணவு</w:t>
            </w:r>
            <w:r>
              <w:rPr>
                <w:i/>
                <w:color w:val="A0AEC0"/>
              </w:rPr>
              <w:t xml:space="preserve"> (Transportation and Food): 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t>நிகழ்வுகள்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மற்றும்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தகவல்</w:t>
            </w:r>
            <w:r>
              <w:rPr>
                <w:i/>
                <w:color w:val="A0AEC0"/>
              </w:rPr>
              <w:t xml:space="preserve"> </w:t>
            </w:r>
            <w:r>
              <w:rPr>
                <w:i/>
                <w:color w:val="A0AEC0"/>
              </w:rPr>
              <w:t>த</w:t>
            </w:r>
            <w:r>
              <w:rPr>
                <w:i/>
                <w:color w:val="A0AEC0"/>
              </w:rPr>
              <w:t>ொடர்பு</w:t>
            </w:r>
            <w:r>
              <w:rPr>
                <w:i/>
                <w:color w:val="A0AEC0"/>
              </w:rPr>
              <w:t xml:space="preserve"> (Events and Communication): 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t>மொத்தம்</w:t>
            </w:r>
            <w:r>
              <w:rPr>
                <w:i/>
                <w:color w:val="A0AEC0"/>
              </w:rPr>
              <w:t xml:space="preserve"> (Total): </w:t>
            </w:r>
          </w:p>
        </w:tc>
      </w:tr>
    </w:tbl>
    <w:p w14:paraId="724ED1CD" w14:textId="77777777" w:rsidR="007B5F9C" w:rsidRDefault="007B5F9C">
      <w:pPr>
        <w:spacing w:after="3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0"/>
      </w:tblGrid>
      <w:tr w:rsidR="007B5F9C" w14:paraId="53A227E3" w14:textId="77777777">
        <w:tc>
          <w:tcPr>
            <w:tcW w:w="9936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637F931" w14:textId="77777777" w:rsidR="001B7D77" w:rsidRDefault="00F0561A">
            <w:r>
              <w:rPr>
                <w:b/>
                <w:color w:val="2C5282"/>
              </w:rPr>
              <w:t>*</w:t>
            </w:r>
            <w:r>
              <w:rPr>
                <w:b/>
                <w:color w:val="2C5282"/>
              </w:rPr>
              <w:t>உறுதிமொழி</w:t>
            </w:r>
            <w:r>
              <w:rPr>
                <w:b/>
                <w:color w:val="2C5282"/>
              </w:rPr>
              <w:t xml:space="preserve"> (Declaration):</w:t>
            </w:r>
            <w:r>
              <w:rPr>
                <w:b/>
                <w:color w:val="2C5282"/>
              </w:rPr>
              <w:br/>
            </w:r>
            <w:r>
              <w:t>இந்த</w:t>
            </w:r>
            <w:r>
              <w:t xml:space="preserve"> </w:t>
            </w:r>
            <w:r>
              <w:t>விண்ணப்பத்தை</w:t>
            </w:r>
            <w:r>
              <w:t xml:space="preserve"> </w:t>
            </w:r>
            <w:r>
              <w:t>சமர்ப்பிப்பதன்</w:t>
            </w:r>
            <w:r>
              <w:t xml:space="preserve"> </w:t>
            </w:r>
            <w:r>
              <w:t>மூலம்</w:t>
            </w:r>
            <w:r>
              <w:t xml:space="preserve">, </w:t>
            </w:r>
            <w:r>
              <w:t>இளைஞர்</w:t>
            </w:r>
            <w:r>
              <w:t xml:space="preserve"> </w:t>
            </w:r>
            <w:r>
              <w:t>பருவநிலை</w:t>
            </w:r>
            <w:r>
              <w:t xml:space="preserve"> </w:t>
            </w:r>
            <w:r>
              <w:t>நடவடிக்கை</w:t>
            </w:r>
            <w:r>
              <w:t xml:space="preserve"> </w:t>
            </w:r>
            <w:r>
              <w:t>நிதியத்தின்</w:t>
            </w:r>
            <w:r>
              <w:t xml:space="preserve"> (Youth Climate Action Fund) </w:t>
            </w:r>
            <w:r>
              <w:t>விதிமுறைகள்</w:t>
            </w:r>
            <w:r>
              <w:t xml:space="preserve"> </w:t>
            </w:r>
            <w:r>
              <w:t>மற்றும்</w:t>
            </w:r>
            <w:r>
              <w:t xml:space="preserve"> </w:t>
            </w:r>
            <w:r>
              <w:t>நிபந்தனைகளுக்கு</w:t>
            </w:r>
            <w:r>
              <w:t xml:space="preserve"> </w:t>
            </w:r>
            <w:r>
              <w:t>இணங்க</w:t>
            </w:r>
            <w:r>
              <w:t xml:space="preserve"> </w:t>
            </w:r>
            <w:r>
              <w:t>நாங்கள்</w:t>
            </w:r>
            <w:r>
              <w:t xml:space="preserve"> </w:t>
            </w:r>
            <w:r>
              <w:t>ஒப்புக்கொள்கிறோம்</w:t>
            </w:r>
            <w:r>
              <w:t>,</w:t>
            </w:r>
            <w:r>
              <w:t xml:space="preserve"> </w:t>
            </w:r>
            <w:r>
              <w:t>மேலும்</w:t>
            </w:r>
            <w:r>
              <w:t xml:space="preserve"> </w:t>
            </w:r>
            <w:r>
              <w:t>எங்கள்</w:t>
            </w:r>
            <w:r>
              <w:t xml:space="preserve"> </w:t>
            </w:r>
            <w:r>
              <w:t>திட்டத்தின்</w:t>
            </w:r>
            <w:r>
              <w:t xml:space="preserve"> </w:t>
            </w:r>
            <w:r>
              <w:t>நோக்கங்களை</w:t>
            </w:r>
            <w:r>
              <w:t xml:space="preserve"> </w:t>
            </w:r>
            <w:r>
              <w:t>முன்னேற்றுவதற்கு</w:t>
            </w:r>
            <w:r>
              <w:t xml:space="preserve"> </w:t>
            </w:r>
            <w:r>
              <w:t>சிறு</w:t>
            </w:r>
            <w:r>
              <w:t xml:space="preserve"> </w:t>
            </w:r>
            <w:r>
              <w:t>நல்கை</w:t>
            </w:r>
            <w:r>
              <w:t xml:space="preserve"> </w:t>
            </w:r>
            <w:r>
              <w:t>நிதியை</w:t>
            </w:r>
            <w:r>
              <w:t xml:space="preserve"> </w:t>
            </w:r>
            <w:r>
              <w:t>பொறுப்புடனும்</w:t>
            </w:r>
            <w:r>
              <w:t xml:space="preserve"> </w:t>
            </w:r>
            <w:r>
              <w:t>வெளிப்படைத்தன்மையுடனும்</w:t>
            </w:r>
            <w:r>
              <w:t xml:space="preserve"> </w:t>
            </w:r>
            <w:r>
              <w:t>பயன்படுத்த</w:t>
            </w:r>
            <w:r>
              <w:t xml:space="preserve"> </w:t>
            </w:r>
            <w:r>
              <w:t>உறுதியளிக்கிறோம்</w:t>
            </w:r>
            <w:r>
              <w:t>.</w:t>
            </w:r>
            <w:r>
              <w:br/>
            </w:r>
          </w:p>
          <w:p w14:paraId="4F4053F4" w14:textId="77777777" w:rsidR="001B7D77" w:rsidRDefault="001B7D77"/>
          <w:p w14:paraId="758B6DDF" w14:textId="77777777" w:rsidR="001B7D77" w:rsidRDefault="001B7D77"/>
          <w:p w14:paraId="54D39258" w14:textId="1F596E1E" w:rsidR="007B5F9C" w:rsidRDefault="00F0561A">
            <w:r>
              <w:br/>
            </w:r>
            <w:proofErr w:type="spellStart"/>
            <w:r>
              <w:rPr>
                <w:b/>
              </w:rPr>
              <w:t>தொடர்பு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நபரின்</w:t>
            </w:r>
            <w:proofErr w:type="spellEnd"/>
            <w:r w:rsidR="00E8214D">
              <w:rPr>
                <w:b/>
              </w:rPr>
              <w:t xml:space="preserve"> </w:t>
            </w:r>
            <w:r w:rsidR="00E8214D" w:rsidRPr="00AC46AC">
              <w:rPr>
                <w:rFonts w:ascii="Vijaya" w:hAnsi="Vijaya" w:cs="Vijaya" w:hint="cs"/>
                <w:bCs/>
                <w:cs/>
                <w:lang w:bidi="ta-IN"/>
              </w:rPr>
              <w:t>பெயர்</w:t>
            </w:r>
            <w:r w:rsidR="00E8214D" w:rsidRPr="00AC46AC">
              <w:rPr>
                <w:rFonts w:cs="Arial"/>
                <w:bCs/>
                <w:cs/>
                <w:lang w:bidi="ta-IN"/>
              </w:rPr>
              <w:t xml:space="preserve"> </w:t>
            </w:r>
            <w:r w:rsidR="00E8214D" w:rsidRPr="00AC46AC">
              <w:rPr>
                <w:rFonts w:ascii="Vijaya" w:hAnsi="Vijaya" w:cs="Vijaya" w:hint="cs"/>
                <w:bCs/>
                <w:cs/>
                <w:lang w:bidi="ta-IN"/>
              </w:rPr>
              <w:t>மற்றும்</w:t>
            </w:r>
            <w:r w:rsidR="00E8214D" w:rsidRPr="00E8214D">
              <w:rPr>
                <w:rFonts w:cs="Latha"/>
                <w:b/>
                <w:cs/>
                <w:lang w:bidi="ta-IN"/>
              </w:rPr>
              <w:t xml:space="preserve"> </w:t>
            </w:r>
            <w:proofErr w:type="spellStart"/>
            <w:r>
              <w:rPr>
                <w:b/>
              </w:rPr>
              <w:t>கையொப்பம்</w:t>
            </w:r>
            <w:proofErr w:type="spellEnd"/>
            <w:r>
              <w:rPr>
                <w:b/>
              </w:rPr>
              <w:t xml:space="preserve"> (Contact Person</w:t>
            </w:r>
            <w:r w:rsidR="00E50624">
              <w:rPr>
                <w:b/>
              </w:rPr>
              <w:t xml:space="preserve"> name and</w:t>
            </w:r>
            <w:r>
              <w:rPr>
                <w:b/>
              </w:rPr>
              <w:t xml:space="preserve"> Signature): </w:t>
            </w: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நல்கை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பெறும்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நிறுவனத்தின்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அங்கீகரிக்கப்பட்ட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பிரதி</w:t>
            </w:r>
            <w:r>
              <w:rPr>
                <w:i/>
                <w:color w:val="A0AEC0"/>
              </w:rPr>
              <w:t>நிதியின்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டிஜிட்டல்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கையொப்பத்தை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இங்கே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உள்ளிடவும்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</w:tbl>
    <w:p w14:paraId="0EE11B37" w14:textId="77777777" w:rsidR="00082791" w:rsidRDefault="00082791"/>
    <w:sectPr w:rsidR="00082791" w:rsidSect="00034616">
      <w:head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393A9" w14:textId="77777777" w:rsidR="00F0561A" w:rsidRDefault="00F0561A" w:rsidP="00E50624">
      <w:pPr>
        <w:spacing w:after="0" w:line="240" w:lineRule="auto"/>
      </w:pPr>
      <w:r>
        <w:separator/>
      </w:r>
    </w:p>
  </w:endnote>
  <w:endnote w:type="continuationSeparator" w:id="0">
    <w:p w14:paraId="3406350A" w14:textId="77777777" w:rsidR="00F0561A" w:rsidRDefault="00F0561A" w:rsidP="00E5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ijaya">
    <w:panose1 w:val="02020604020202020204"/>
    <w:charset w:val="00"/>
    <w:family w:val="roman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F305" w14:textId="77777777" w:rsidR="00F0561A" w:rsidRDefault="00F0561A" w:rsidP="00E50624">
      <w:pPr>
        <w:spacing w:after="0" w:line="240" w:lineRule="auto"/>
      </w:pPr>
      <w:r>
        <w:separator/>
      </w:r>
    </w:p>
  </w:footnote>
  <w:footnote w:type="continuationSeparator" w:id="0">
    <w:p w14:paraId="68C2FE6D" w14:textId="77777777" w:rsidR="00F0561A" w:rsidRDefault="00F0561A" w:rsidP="00E50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C664" w14:textId="162405BB" w:rsidR="00E50624" w:rsidRDefault="00E50624">
    <w:pPr>
      <w:pStyle w:val="Header"/>
    </w:pPr>
    <w:r>
      <w:rPr>
        <w:noProof/>
      </w:rPr>
      <w:drawing>
        <wp:inline distT="0" distB="0" distL="0" distR="0" wp14:anchorId="5AC5896C" wp14:editId="4504CD83">
          <wp:extent cx="1114425" cy="891540"/>
          <wp:effectExtent l="0" t="0" r="9525" b="3810"/>
          <wp:docPr id="5289424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noProof/>
      </w:rPr>
      <w:drawing>
        <wp:inline distT="0" distB="0" distL="0" distR="0" wp14:anchorId="4738EA1E" wp14:editId="47513E48">
          <wp:extent cx="1209697" cy="739140"/>
          <wp:effectExtent l="0" t="0" r="9525" b="3810"/>
          <wp:docPr id="338304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053" cy="742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791"/>
    <w:rsid w:val="0015074B"/>
    <w:rsid w:val="001B7D77"/>
    <w:rsid w:val="001D70C9"/>
    <w:rsid w:val="0026118A"/>
    <w:rsid w:val="0029639D"/>
    <w:rsid w:val="00326F90"/>
    <w:rsid w:val="005A74C1"/>
    <w:rsid w:val="007B5F9C"/>
    <w:rsid w:val="00910753"/>
    <w:rsid w:val="00AA1D8D"/>
    <w:rsid w:val="00AC46AC"/>
    <w:rsid w:val="00B47730"/>
    <w:rsid w:val="00C22CF2"/>
    <w:rsid w:val="00CB0664"/>
    <w:rsid w:val="00E50624"/>
    <w:rsid w:val="00E8214D"/>
    <w:rsid w:val="00EF7A13"/>
    <w:rsid w:val="00F0561A"/>
    <w:rsid w:val="00F47F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B45A92"/>
  <w14:defaultImageDpi w14:val="300"/>
  <w15:docId w15:val="{CFDA1D7E-4BD8-443E-BEBE-D5AEC60D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D374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506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mpola.uc.gov.lk/pdf/Gampola%20Urban%20Council_CA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Niranjala</cp:lastModifiedBy>
  <cp:revision>5</cp:revision>
  <dcterms:created xsi:type="dcterms:W3CDTF">2026-07-17T09:05:00Z</dcterms:created>
  <dcterms:modified xsi:type="dcterms:W3CDTF">2026-07-17T09:08:00Z</dcterms:modified>
  <cp:category/>
</cp:coreProperties>
</file>